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CF607A" w14:textId="77777777" w:rsidR="00DD66B2" w:rsidRDefault="00DE09A1">
      <w:pPr>
        <w:spacing w:after="80" w:line="252" w:lineRule="auto"/>
        <w:jc w:val="center"/>
      </w:pPr>
      <w:r>
        <w:rPr>
          <w:b/>
          <w:sz w:val="19"/>
        </w:rPr>
        <w:t>Einwilligung in die Verarbeitung bzw. Veröffentlichung von personenbezogenen Daten,</w:t>
      </w:r>
      <w:r>
        <w:rPr>
          <w:b/>
          <w:sz w:val="19"/>
        </w:rPr>
        <w:br/>
        <w:t>Fotos und Video- und Tonaufnahmen von Schülerinnen und Schülern</w:t>
      </w:r>
    </w:p>
    <w:p w14:paraId="24B51F62" w14:textId="77777777" w:rsidR="00DD66B2" w:rsidRDefault="00DD66B2">
      <w:pPr>
        <w:pBdr>
          <w:bottom w:val="single" w:sz="6" w:space="1" w:color="000000"/>
        </w:pBdr>
        <w:spacing w:before="40" w:after="80"/>
      </w:pPr>
    </w:p>
    <w:p w14:paraId="5381BE34" w14:textId="77777777" w:rsidR="00DD66B2" w:rsidRDefault="00DE09A1">
      <w:pPr>
        <w:spacing w:after="20" w:line="252" w:lineRule="auto"/>
        <w:jc w:val="center"/>
      </w:pPr>
      <w:r>
        <w:rPr>
          <w:b/>
          <w:sz w:val="20"/>
        </w:rPr>
        <w:t>Birkenbachschule Kirchardt Grundschule</w:t>
      </w:r>
    </w:p>
    <w:p w14:paraId="336AB54C" w14:textId="11948807" w:rsidR="00DD66B2" w:rsidRDefault="00DE09A1">
      <w:pPr>
        <w:spacing w:after="20" w:line="252" w:lineRule="auto"/>
        <w:jc w:val="center"/>
      </w:pPr>
      <w:r>
        <w:rPr>
          <w:i/>
          <w:sz w:val="16"/>
        </w:rPr>
        <w:t>Telefon: 07266/915199-12, Fax: 07266/20847, Mail: schule@kirchardt.de</w:t>
      </w:r>
    </w:p>
    <w:p w14:paraId="1FB9E75F" w14:textId="2102F77A" w:rsidR="00DD66B2" w:rsidRDefault="00DE09A1">
      <w:pPr>
        <w:spacing w:after="120" w:line="252" w:lineRule="auto"/>
        <w:jc w:val="center"/>
      </w:pPr>
      <w:r>
        <w:rPr>
          <w:i/>
          <w:sz w:val="16"/>
        </w:rPr>
        <w:t xml:space="preserve">Datenschutzbeauftragter: Thorsten Grambow; Mail: </w:t>
      </w:r>
      <w:r w:rsidRPr="00DE09A1">
        <w:rPr>
          <w:i/>
          <w:sz w:val="16"/>
        </w:rPr>
        <w:t>thorsten.grambow@ssa-hn.kv.bwl.de</w:t>
      </w:r>
    </w:p>
    <w:p w14:paraId="39EDFB48" w14:textId="77777777" w:rsidR="00DD66B2" w:rsidRPr="00C6163A" w:rsidRDefault="00DE09A1">
      <w:pPr>
        <w:spacing w:after="60" w:line="252" w:lineRule="auto"/>
        <w:rPr>
          <w:sz w:val="16"/>
          <w:szCs w:val="20"/>
        </w:rPr>
      </w:pPr>
      <w:r w:rsidRPr="00C6163A">
        <w:rPr>
          <w:sz w:val="16"/>
          <w:szCs w:val="20"/>
        </w:rPr>
        <w:t>Sehr geehrte Erziehungsberechtigte, liebe Schülerinnen und Schüler,</w:t>
      </w:r>
      <w:r w:rsidRPr="00C6163A">
        <w:rPr>
          <w:sz w:val="16"/>
          <w:szCs w:val="20"/>
        </w:rPr>
        <w:br/>
        <w:t>zu verschiedenen Zwecken sollen personenbezogene Daten verarbeitet werden. Dies ist nur möglich, wenn hierfür eine Einwilligung vorliegt. Hierzu möchten wir im Folgenden Ihre / Eure Einwilligung einholen.</w:t>
      </w:r>
    </w:p>
    <w:p w14:paraId="79CDD5D7" w14:textId="77777777" w:rsidR="00DD66B2" w:rsidRDefault="00DE09A1">
      <w:pPr>
        <w:spacing w:after="120" w:line="252" w:lineRule="auto"/>
        <w:jc w:val="right"/>
      </w:pPr>
      <w:r>
        <w:rPr>
          <w:i/>
        </w:rPr>
        <w:t>(Dagmar Markovic, Rektorin)</w:t>
      </w:r>
    </w:p>
    <w:sdt>
      <w:sdtPr>
        <w:id w:val="1585646777"/>
        <w:placeholder>
          <w:docPart w:val="DefaultPlaceholder_-1854013440"/>
        </w:placeholder>
      </w:sdtPr>
      <w:sdtEndPr/>
      <w:sdtContent>
        <w:sdt>
          <w:sdtPr>
            <w:id w:val="982204272"/>
            <w:placeholder>
              <w:docPart w:val="DefaultPlaceholder_-1854013440"/>
            </w:placeholder>
            <w:showingPlcHdr/>
          </w:sdtPr>
          <w:sdtEndPr/>
          <w:sdtContent>
            <w:p w14:paraId="68918D64" w14:textId="0242216F" w:rsidR="00DD66B2" w:rsidRDefault="00DE09A1">
              <w:pPr>
                <w:pBdr>
                  <w:bottom w:val="single" w:sz="6" w:space="1" w:color="000000"/>
                </w:pBdr>
                <w:spacing w:before="40" w:after="80"/>
              </w:pPr>
              <w:r w:rsidRPr="007358F3">
                <w:rPr>
                  <w:rStyle w:val="Platzhaltertext"/>
                </w:rPr>
                <w:t>Klicken oder tippen Sie hier, um Text einzugeben.</w:t>
              </w:r>
            </w:p>
          </w:sdtContent>
        </w:sdt>
      </w:sdtContent>
    </w:sdt>
    <w:p w14:paraId="32EA31EF" w14:textId="77777777" w:rsidR="00DD66B2" w:rsidRDefault="00DE09A1">
      <w:pPr>
        <w:spacing w:before="40" w:after="120" w:line="252" w:lineRule="auto"/>
      </w:pPr>
      <w:r>
        <w:t>[Name, Vorname, Geburtsdatum und Klasse der Schülerin / des Schülers]</w:t>
      </w:r>
    </w:p>
    <w:p w14:paraId="5D8A7A49" w14:textId="77777777" w:rsidR="00DD66B2" w:rsidRDefault="00DE09A1">
      <w:pPr>
        <w:spacing w:before="80" w:after="40" w:line="252" w:lineRule="auto"/>
      </w:pPr>
      <w:r>
        <w:rPr>
          <w:b/>
          <w:sz w:val="18"/>
        </w:rPr>
        <w:t>1)    Veröffentlichung von personenbezogenen Daten</w:t>
      </w:r>
    </w:p>
    <w:p w14:paraId="248221E8" w14:textId="77777777" w:rsidR="00DD66B2" w:rsidRPr="00C6163A" w:rsidRDefault="00DE09A1">
      <w:pPr>
        <w:spacing w:after="60" w:line="252" w:lineRule="auto"/>
        <w:rPr>
          <w:sz w:val="16"/>
          <w:szCs w:val="20"/>
        </w:rPr>
      </w:pPr>
      <w:r w:rsidRPr="00C6163A">
        <w:rPr>
          <w:sz w:val="16"/>
          <w:szCs w:val="20"/>
        </w:rPr>
        <w:t>In geeigneten Fällen wollen wir Informationen über Ereignisse aus unserem Schulleben – auch personenbezogen – der Öffentlichkeit zugänglich machen. Wir beabsichtigen daher, insbesondere im Rahmen der pädagogischen Arbeit oder von Schulveranstaltungen entstehende Texte, Fotos oder Videos zu veröffentlichen. Neben Klassenfotos kommen hier etwa personenbezogene Informationen über Schulausflüge, Schülerfahrten, Schüleraustausche, (Sport-)Wettbewerbe, Unterrichtsprojekte oder den „Tag der Offenen Tür“ in Betracht.</w:t>
      </w:r>
    </w:p>
    <w:p w14:paraId="2F5B7D86" w14:textId="77777777" w:rsidR="00DD66B2" w:rsidRPr="00C6163A" w:rsidRDefault="00DE09A1">
      <w:pPr>
        <w:spacing w:after="80" w:line="252" w:lineRule="auto"/>
        <w:rPr>
          <w:sz w:val="16"/>
          <w:szCs w:val="20"/>
        </w:rPr>
      </w:pPr>
      <w:r w:rsidRPr="00C6163A">
        <w:rPr>
          <w:b/>
          <w:sz w:val="16"/>
          <w:szCs w:val="20"/>
        </w:rPr>
        <w:t>Hiermit willige ich / willigen wir wie folgt in die Anfertigung von Fotos, Video- und Tonaufzeichnungen und der Veröffentlichung der genannten personenbezogenen Daten der oben bezeichneten Person in folgenden Medien ein:</w:t>
      </w:r>
    </w:p>
    <w:p w14:paraId="63EB5904" w14:textId="77777777" w:rsidR="00DD66B2" w:rsidRDefault="00DE09A1">
      <w:pPr>
        <w:spacing w:before="40" w:after="40"/>
      </w:pPr>
      <w:r>
        <w:rPr>
          <w:b/>
        </w:rPr>
        <w:t xml:space="preserve">Personenbezogene Daten (Name, Vorname, Klasse) </w:t>
      </w:r>
      <w:r>
        <w:t>zur Veröffentlichung in</w:t>
      </w:r>
      <w:r>
        <w:rPr>
          <w:i/>
        </w:rPr>
        <w:tab/>
      </w:r>
      <w:r>
        <w:rPr>
          <w:i/>
        </w:rPr>
        <w:tab/>
      </w:r>
      <w:r>
        <w:rPr>
          <w:i/>
        </w:rPr>
        <w:tab/>
      </w:r>
      <w:r>
        <w:rPr>
          <w:i/>
        </w:rPr>
        <w:tab/>
      </w:r>
      <w:r>
        <w:rPr>
          <w:i/>
        </w:rPr>
        <w:tab/>
      </w:r>
      <w:r>
        <w:rPr>
          <w:i/>
        </w:rPr>
        <w:tab/>
        <w:t>Bitte ankreuzen!</w:t>
      </w:r>
    </w:p>
    <w:p w14:paraId="56C2D867" w14:textId="6AE354FF" w:rsidR="00DD66B2" w:rsidRDefault="00DE09A1">
      <w:pPr>
        <w:spacing w:before="20" w:after="20"/>
        <w:ind w:left="432"/>
      </w:pPr>
      <w:r>
        <w:rPr>
          <w:sz w:val="18"/>
        </w:rPr>
        <w:fldChar w:fldCharType="begin">
          <w:ffData>
            <w:name w:val="Kontrollkästchen1"/>
            <w:enabled/>
            <w:calcOnExit w:val="0"/>
            <w:checkBox>
              <w:sizeAuto/>
              <w:default w:val="0"/>
              <w:checked w:val="0"/>
            </w:checkBox>
          </w:ffData>
        </w:fldChar>
      </w:r>
      <w:bookmarkStart w:id="0" w:name="Kontrollkästchen1"/>
      <w:r>
        <w:rPr>
          <w:sz w:val="18"/>
        </w:rPr>
        <w:instrText xml:space="preserve"> FORMCHECKBOX </w:instrText>
      </w:r>
      <w:r w:rsidR="00C6163A">
        <w:rPr>
          <w:sz w:val="18"/>
        </w:rPr>
      </w:r>
      <w:r w:rsidR="00C6163A">
        <w:rPr>
          <w:sz w:val="18"/>
        </w:rPr>
        <w:fldChar w:fldCharType="separate"/>
      </w:r>
      <w:r>
        <w:rPr>
          <w:sz w:val="18"/>
        </w:rPr>
        <w:fldChar w:fldCharType="end"/>
      </w:r>
      <w:bookmarkEnd w:id="0"/>
      <w:r>
        <w:rPr>
          <w:sz w:val="18"/>
        </w:rPr>
        <w:t xml:space="preserve">   </w:t>
      </w:r>
      <w:r>
        <w:t>Aushang im Schulhaus</w:t>
      </w:r>
    </w:p>
    <w:p w14:paraId="0BF4BB1E" w14:textId="264C198C" w:rsidR="00DD66B2" w:rsidRDefault="00DE09A1">
      <w:pPr>
        <w:spacing w:before="20" w:after="20"/>
        <w:ind w:left="432"/>
      </w:pPr>
      <w:r>
        <w:rPr>
          <w:sz w:val="18"/>
        </w:rPr>
        <w:fldChar w:fldCharType="begin">
          <w:ffData>
            <w:name w:val="Kontrollkästchen2"/>
            <w:enabled/>
            <w:calcOnExit w:val="0"/>
            <w:checkBox>
              <w:sizeAuto/>
              <w:default w:val="0"/>
            </w:checkBox>
          </w:ffData>
        </w:fldChar>
      </w:r>
      <w:bookmarkStart w:id="1" w:name="Kontrollkästchen2"/>
      <w:r>
        <w:rPr>
          <w:sz w:val="18"/>
        </w:rPr>
        <w:instrText xml:space="preserve"> FORMCHECKBOX </w:instrText>
      </w:r>
      <w:r w:rsidR="00C6163A">
        <w:rPr>
          <w:sz w:val="18"/>
        </w:rPr>
      </w:r>
      <w:r w:rsidR="00C6163A">
        <w:rPr>
          <w:sz w:val="18"/>
        </w:rPr>
        <w:fldChar w:fldCharType="separate"/>
      </w:r>
      <w:r>
        <w:rPr>
          <w:sz w:val="18"/>
        </w:rPr>
        <w:fldChar w:fldCharType="end"/>
      </w:r>
      <w:bookmarkEnd w:id="1"/>
      <w:r>
        <w:rPr>
          <w:sz w:val="18"/>
        </w:rPr>
        <w:t xml:space="preserve">   </w:t>
      </w:r>
      <w:r>
        <w:t>Jahresbericht/Jahrbuch der Schule</w:t>
      </w:r>
    </w:p>
    <w:p w14:paraId="46BB1D41" w14:textId="124D5B2B" w:rsidR="00DD66B2" w:rsidRDefault="00DE09A1">
      <w:pPr>
        <w:spacing w:before="20" w:after="20"/>
        <w:ind w:left="432"/>
      </w:pPr>
      <w:r>
        <w:rPr>
          <w:sz w:val="18"/>
        </w:rPr>
        <w:fldChar w:fldCharType="begin">
          <w:ffData>
            <w:name w:val="Kontrollkästchen3"/>
            <w:enabled/>
            <w:calcOnExit w:val="0"/>
            <w:checkBox>
              <w:sizeAuto/>
              <w:default w:val="0"/>
            </w:checkBox>
          </w:ffData>
        </w:fldChar>
      </w:r>
      <w:bookmarkStart w:id="2" w:name="Kontrollkästchen3"/>
      <w:r>
        <w:rPr>
          <w:sz w:val="18"/>
        </w:rPr>
        <w:instrText xml:space="preserve"> FORMCHECKBOX </w:instrText>
      </w:r>
      <w:r w:rsidR="00C6163A">
        <w:rPr>
          <w:sz w:val="18"/>
        </w:rPr>
      </w:r>
      <w:r w:rsidR="00C6163A">
        <w:rPr>
          <w:sz w:val="18"/>
        </w:rPr>
        <w:fldChar w:fldCharType="separate"/>
      </w:r>
      <w:r>
        <w:rPr>
          <w:sz w:val="18"/>
        </w:rPr>
        <w:fldChar w:fldCharType="end"/>
      </w:r>
      <w:bookmarkEnd w:id="2"/>
      <w:r>
        <w:rPr>
          <w:sz w:val="18"/>
        </w:rPr>
        <w:t xml:space="preserve">  </w:t>
      </w:r>
      <w:r>
        <w:t>Örtliche Tagespresse (Printversion)</w:t>
      </w:r>
      <w:r>
        <w:tab/>
      </w:r>
      <w:r>
        <w:tab/>
      </w:r>
      <w:r>
        <w:fldChar w:fldCharType="begin">
          <w:ffData>
            <w:name w:val="Kontrollkästchen5"/>
            <w:enabled/>
            <w:calcOnExit w:val="0"/>
            <w:checkBox>
              <w:sizeAuto/>
              <w:default w:val="0"/>
            </w:checkBox>
          </w:ffData>
        </w:fldChar>
      </w:r>
      <w:bookmarkStart w:id="3" w:name="Kontrollkästchen5"/>
      <w:r>
        <w:instrText xml:space="preserve"> FORMCHECKBOX </w:instrText>
      </w:r>
      <w:r w:rsidR="00C6163A">
        <w:fldChar w:fldCharType="separate"/>
      </w:r>
      <w:r>
        <w:fldChar w:fldCharType="end"/>
      </w:r>
      <w:bookmarkEnd w:id="3"/>
      <w:r>
        <w:t xml:space="preserve">    Örtliche Tagespresse (Digitale Version)</w:t>
      </w:r>
    </w:p>
    <w:p w14:paraId="135E18AA" w14:textId="0207A238" w:rsidR="00DD66B2" w:rsidRDefault="00DE09A1">
      <w:pPr>
        <w:spacing w:before="20" w:after="20"/>
        <w:ind w:left="432"/>
      </w:pPr>
      <w:r>
        <w:rPr>
          <w:sz w:val="18"/>
        </w:rPr>
        <w:fldChar w:fldCharType="begin">
          <w:ffData>
            <w:name w:val="Kontrollkästchen4"/>
            <w:enabled/>
            <w:calcOnExit w:val="0"/>
            <w:checkBox>
              <w:sizeAuto/>
              <w:default w:val="0"/>
            </w:checkBox>
          </w:ffData>
        </w:fldChar>
      </w:r>
      <w:bookmarkStart w:id="4" w:name="Kontrollkästchen4"/>
      <w:r>
        <w:rPr>
          <w:sz w:val="18"/>
        </w:rPr>
        <w:instrText xml:space="preserve"> FORMCHECKBOX </w:instrText>
      </w:r>
      <w:r w:rsidR="00C6163A">
        <w:rPr>
          <w:sz w:val="18"/>
        </w:rPr>
      </w:r>
      <w:r w:rsidR="00C6163A">
        <w:rPr>
          <w:sz w:val="18"/>
        </w:rPr>
        <w:fldChar w:fldCharType="separate"/>
      </w:r>
      <w:r>
        <w:rPr>
          <w:sz w:val="18"/>
        </w:rPr>
        <w:fldChar w:fldCharType="end"/>
      </w:r>
      <w:bookmarkEnd w:id="4"/>
      <w:r>
        <w:rPr>
          <w:sz w:val="18"/>
        </w:rPr>
        <w:t xml:space="preserve">   </w:t>
      </w:r>
      <w:r>
        <w:t>World Wide Web (Internet) unter der Homepage der Schule www.birkenbachschule-kirchardt.de</w:t>
      </w:r>
    </w:p>
    <w:p w14:paraId="1BE4E144" w14:textId="77777777" w:rsidR="00DD66B2" w:rsidRDefault="00DE09A1">
      <w:pPr>
        <w:spacing w:before="60" w:after="20"/>
      </w:pPr>
      <w:r>
        <w:rPr>
          <w:b/>
        </w:rPr>
        <w:t xml:space="preserve">Fotos </w:t>
      </w:r>
      <w:r>
        <w:t>zur Veröffentlichung in</w:t>
      </w:r>
    </w:p>
    <w:p w14:paraId="36A2A753" w14:textId="4D724C53" w:rsidR="00DD66B2" w:rsidRDefault="00DE09A1">
      <w:pPr>
        <w:spacing w:before="20" w:after="20"/>
        <w:ind w:left="432"/>
      </w:pPr>
      <w:r>
        <w:rPr>
          <w:sz w:val="18"/>
        </w:rPr>
        <w:fldChar w:fldCharType="begin">
          <w:ffData>
            <w:name w:val="Kontrollkästchen6"/>
            <w:enabled/>
            <w:calcOnExit w:val="0"/>
            <w:checkBox>
              <w:sizeAuto/>
              <w:default w:val="0"/>
            </w:checkBox>
          </w:ffData>
        </w:fldChar>
      </w:r>
      <w:bookmarkStart w:id="5" w:name="Kontrollkästchen6"/>
      <w:r>
        <w:rPr>
          <w:sz w:val="18"/>
        </w:rPr>
        <w:instrText xml:space="preserve"> FORMCHECKBOX </w:instrText>
      </w:r>
      <w:r w:rsidR="00C6163A">
        <w:rPr>
          <w:sz w:val="18"/>
        </w:rPr>
      </w:r>
      <w:r w:rsidR="00C6163A">
        <w:rPr>
          <w:sz w:val="18"/>
        </w:rPr>
        <w:fldChar w:fldCharType="separate"/>
      </w:r>
      <w:r>
        <w:rPr>
          <w:sz w:val="18"/>
        </w:rPr>
        <w:fldChar w:fldCharType="end"/>
      </w:r>
      <w:bookmarkEnd w:id="5"/>
      <w:r>
        <w:rPr>
          <w:sz w:val="18"/>
        </w:rPr>
        <w:t xml:space="preserve">   </w:t>
      </w:r>
      <w:r>
        <w:t>Aushang im Schulhaus</w:t>
      </w:r>
    </w:p>
    <w:p w14:paraId="18F9E8C8" w14:textId="10AC2F1A" w:rsidR="00DD66B2" w:rsidRDefault="00DE09A1">
      <w:pPr>
        <w:spacing w:before="20" w:after="20"/>
        <w:ind w:left="432"/>
      </w:pPr>
      <w:r>
        <w:rPr>
          <w:sz w:val="18"/>
        </w:rPr>
        <w:fldChar w:fldCharType="begin">
          <w:ffData>
            <w:name w:val="Kontrollkästchen7"/>
            <w:enabled/>
            <w:calcOnExit w:val="0"/>
            <w:checkBox>
              <w:sizeAuto/>
              <w:default w:val="0"/>
            </w:checkBox>
          </w:ffData>
        </w:fldChar>
      </w:r>
      <w:bookmarkStart w:id="6" w:name="Kontrollkästchen7"/>
      <w:r>
        <w:rPr>
          <w:sz w:val="18"/>
        </w:rPr>
        <w:instrText xml:space="preserve"> FORMCHECKBOX </w:instrText>
      </w:r>
      <w:r w:rsidR="00C6163A">
        <w:rPr>
          <w:sz w:val="18"/>
        </w:rPr>
      </w:r>
      <w:r w:rsidR="00C6163A">
        <w:rPr>
          <w:sz w:val="18"/>
        </w:rPr>
        <w:fldChar w:fldCharType="separate"/>
      </w:r>
      <w:r>
        <w:rPr>
          <w:sz w:val="18"/>
        </w:rPr>
        <w:fldChar w:fldCharType="end"/>
      </w:r>
      <w:bookmarkEnd w:id="6"/>
      <w:r>
        <w:rPr>
          <w:sz w:val="18"/>
        </w:rPr>
        <w:t xml:space="preserve">   </w:t>
      </w:r>
      <w:r>
        <w:t>Jahresbericht/Jahrbuch der Schule</w:t>
      </w:r>
    </w:p>
    <w:p w14:paraId="4663FB06" w14:textId="01F39E28" w:rsidR="00DD66B2" w:rsidRDefault="00DE09A1">
      <w:pPr>
        <w:spacing w:before="20" w:after="20"/>
        <w:ind w:left="432"/>
      </w:pPr>
      <w:r>
        <w:rPr>
          <w:sz w:val="18"/>
        </w:rPr>
        <w:fldChar w:fldCharType="begin">
          <w:ffData>
            <w:name w:val="Kontrollkästchen8"/>
            <w:enabled/>
            <w:calcOnExit w:val="0"/>
            <w:checkBox>
              <w:sizeAuto/>
              <w:default w:val="0"/>
            </w:checkBox>
          </w:ffData>
        </w:fldChar>
      </w:r>
      <w:bookmarkStart w:id="7" w:name="Kontrollkästchen8"/>
      <w:r>
        <w:rPr>
          <w:sz w:val="18"/>
        </w:rPr>
        <w:instrText xml:space="preserve"> FORMCHECKBOX </w:instrText>
      </w:r>
      <w:r w:rsidR="00C6163A">
        <w:rPr>
          <w:sz w:val="18"/>
        </w:rPr>
      </w:r>
      <w:r w:rsidR="00C6163A">
        <w:rPr>
          <w:sz w:val="18"/>
        </w:rPr>
        <w:fldChar w:fldCharType="separate"/>
      </w:r>
      <w:r>
        <w:rPr>
          <w:sz w:val="18"/>
        </w:rPr>
        <w:fldChar w:fldCharType="end"/>
      </w:r>
      <w:bookmarkEnd w:id="7"/>
      <w:r>
        <w:rPr>
          <w:sz w:val="18"/>
        </w:rPr>
        <w:t xml:space="preserve">  </w:t>
      </w:r>
      <w:r>
        <w:t>Örtliche Tagespresse (Printversion)</w:t>
      </w:r>
      <w:r>
        <w:tab/>
      </w:r>
      <w:r>
        <w:tab/>
      </w:r>
      <w:r>
        <w:fldChar w:fldCharType="begin">
          <w:ffData>
            <w:name w:val="Kontrollkästchen10"/>
            <w:enabled/>
            <w:calcOnExit w:val="0"/>
            <w:checkBox>
              <w:sizeAuto/>
              <w:default w:val="0"/>
            </w:checkBox>
          </w:ffData>
        </w:fldChar>
      </w:r>
      <w:bookmarkStart w:id="8" w:name="Kontrollkästchen10"/>
      <w:r>
        <w:instrText xml:space="preserve"> FORMCHECKBOX </w:instrText>
      </w:r>
      <w:r w:rsidR="00C6163A">
        <w:fldChar w:fldCharType="separate"/>
      </w:r>
      <w:r>
        <w:fldChar w:fldCharType="end"/>
      </w:r>
      <w:bookmarkEnd w:id="8"/>
      <w:r>
        <w:t xml:space="preserve">    Örtliche Tagespresse (Digitale Version)</w:t>
      </w:r>
    </w:p>
    <w:p w14:paraId="04A20221" w14:textId="3A0AB6CD" w:rsidR="00DD66B2" w:rsidRDefault="00DE09A1">
      <w:pPr>
        <w:spacing w:before="20" w:after="20"/>
        <w:ind w:left="432"/>
      </w:pPr>
      <w:r>
        <w:rPr>
          <w:sz w:val="18"/>
        </w:rPr>
        <w:fldChar w:fldCharType="begin">
          <w:ffData>
            <w:name w:val="Kontrollkästchen9"/>
            <w:enabled/>
            <w:calcOnExit w:val="0"/>
            <w:checkBox>
              <w:sizeAuto/>
              <w:default w:val="0"/>
            </w:checkBox>
          </w:ffData>
        </w:fldChar>
      </w:r>
      <w:bookmarkStart w:id="9" w:name="Kontrollkästchen9"/>
      <w:r>
        <w:rPr>
          <w:sz w:val="18"/>
        </w:rPr>
        <w:instrText xml:space="preserve"> FORMCHECKBOX </w:instrText>
      </w:r>
      <w:r w:rsidR="00C6163A">
        <w:rPr>
          <w:sz w:val="18"/>
        </w:rPr>
      </w:r>
      <w:r w:rsidR="00C6163A">
        <w:rPr>
          <w:sz w:val="18"/>
        </w:rPr>
        <w:fldChar w:fldCharType="separate"/>
      </w:r>
      <w:r>
        <w:rPr>
          <w:sz w:val="18"/>
        </w:rPr>
        <w:fldChar w:fldCharType="end"/>
      </w:r>
      <w:bookmarkEnd w:id="9"/>
      <w:r>
        <w:rPr>
          <w:sz w:val="18"/>
        </w:rPr>
        <w:t xml:space="preserve">  </w:t>
      </w:r>
      <w:r>
        <w:t>World Wide Web (Internet) unter der Homepage der Schule www.birkenbachschule-kirchardt.de</w:t>
      </w:r>
    </w:p>
    <w:p w14:paraId="56386382" w14:textId="77777777" w:rsidR="00DD66B2" w:rsidRDefault="00DE09A1">
      <w:pPr>
        <w:spacing w:before="60" w:after="20"/>
      </w:pPr>
      <w:r>
        <w:rPr>
          <w:b/>
        </w:rPr>
        <w:t xml:space="preserve">Videos </w:t>
      </w:r>
      <w:r>
        <w:t>zur Veröffentlichung in</w:t>
      </w:r>
    </w:p>
    <w:p w14:paraId="4C4E62EB" w14:textId="028E3A68" w:rsidR="00DD66B2" w:rsidRDefault="00DE09A1">
      <w:pPr>
        <w:spacing w:before="20" w:after="20"/>
        <w:ind w:left="432"/>
      </w:pPr>
      <w:r>
        <w:rPr>
          <w:sz w:val="18"/>
        </w:rPr>
        <w:fldChar w:fldCharType="begin">
          <w:ffData>
            <w:name w:val="Kontrollkästchen11"/>
            <w:enabled/>
            <w:calcOnExit w:val="0"/>
            <w:checkBox>
              <w:sizeAuto/>
              <w:default w:val="0"/>
            </w:checkBox>
          </w:ffData>
        </w:fldChar>
      </w:r>
      <w:bookmarkStart w:id="10" w:name="Kontrollkästchen11"/>
      <w:r>
        <w:rPr>
          <w:sz w:val="18"/>
        </w:rPr>
        <w:instrText xml:space="preserve"> FORMCHECKBOX </w:instrText>
      </w:r>
      <w:r w:rsidR="00C6163A">
        <w:rPr>
          <w:sz w:val="18"/>
        </w:rPr>
      </w:r>
      <w:r w:rsidR="00C6163A">
        <w:rPr>
          <w:sz w:val="18"/>
        </w:rPr>
        <w:fldChar w:fldCharType="separate"/>
      </w:r>
      <w:r>
        <w:rPr>
          <w:sz w:val="18"/>
        </w:rPr>
        <w:fldChar w:fldCharType="end"/>
      </w:r>
      <w:bookmarkEnd w:id="10"/>
      <w:r>
        <w:rPr>
          <w:sz w:val="18"/>
        </w:rPr>
        <w:t xml:space="preserve">   </w:t>
      </w:r>
      <w:r>
        <w:t>Örtliche Tagespresse (Digitale Version)</w:t>
      </w:r>
    </w:p>
    <w:p w14:paraId="7635B266" w14:textId="1D075105" w:rsidR="00DD66B2" w:rsidRDefault="00DE09A1">
      <w:pPr>
        <w:spacing w:before="20" w:after="20"/>
        <w:ind w:left="432"/>
      </w:pPr>
      <w:r>
        <w:rPr>
          <w:sz w:val="18"/>
        </w:rPr>
        <w:fldChar w:fldCharType="begin">
          <w:ffData>
            <w:name w:val="Kontrollkästchen12"/>
            <w:enabled/>
            <w:calcOnExit w:val="0"/>
            <w:checkBox>
              <w:sizeAuto/>
              <w:default w:val="0"/>
            </w:checkBox>
          </w:ffData>
        </w:fldChar>
      </w:r>
      <w:bookmarkStart w:id="11" w:name="Kontrollkästchen12"/>
      <w:r>
        <w:rPr>
          <w:sz w:val="18"/>
        </w:rPr>
        <w:instrText xml:space="preserve"> FORMCHECKBOX </w:instrText>
      </w:r>
      <w:r w:rsidR="00C6163A">
        <w:rPr>
          <w:sz w:val="18"/>
        </w:rPr>
      </w:r>
      <w:r w:rsidR="00C6163A">
        <w:rPr>
          <w:sz w:val="18"/>
        </w:rPr>
        <w:fldChar w:fldCharType="separate"/>
      </w:r>
      <w:r>
        <w:rPr>
          <w:sz w:val="18"/>
        </w:rPr>
        <w:fldChar w:fldCharType="end"/>
      </w:r>
      <w:bookmarkEnd w:id="11"/>
      <w:r>
        <w:rPr>
          <w:sz w:val="18"/>
        </w:rPr>
        <w:t xml:space="preserve">  </w:t>
      </w:r>
      <w:r>
        <w:t>World Wide Web (Internet) unter der Homepage der Schule www.birkenbachschule-kirchardt.de</w:t>
      </w:r>
    </w:p>
    <w:p w14:paraId="0509FBE1" w14:textId="77777777" w:rsidR="00DD66B2" w:rsidRDefault="00DE09A1">
      <w:pPr>
        <w:spacing w:before="60" w:after="20"/>
      </w:pPr>
      <w:r>
        <w:rPr>
          <w:b/>
        </w:rPr>
        <w:t xml:space="preserve">Tonaufnahmen </w:t>
      </w:r>
      <w:r>
        <w:t>zur Veröffentlichung in</w:t>
      </w:r>
    </w:p>
    <w:p w14:paraId="6B108DEC" w14:textId="6B064206" w:rsidR="00DD66B2" w:rsidRDefault="00DE09A1">
      <w:pPr>
        <w:spacing w:before="20" w:after="20"/>
        <w:ind w:left="432"/>
      </w:pPr>
      <w:r>
        <w:rPr>
          <w:sz w:val="18"/>
        </w:rPr>
        <w:fldChar w:fldCharType="begin">
          <w:ffData>
            <w:name w:val="Kontrollkästchen13"/>
            <w:enabled/>
            <w:calcOnExit w:val="0"/>
            <w:checkBox>
              <w:sizeAuto/>
              <w:default w:val="0"/>
            </w:checkBox>
          </w:ffData>
        </w:fldChar>
      </w:r>
      <w:bookmarkStart w:id="12" w:name="Kontrollkästchen13"/>
      <w:r>
        <w:rPr>
          <w:sz w:val="18"/>
        </w:rPr>
        <w:instrText xml:space="preserve"> FORMCHECKBOX </w:instrText>
      </w:r>
      <w:r w:rsidR="00C6163A">
        <w:rPr>
          <w:sz w:val="18"/>
        </w:rPr>
      </w:r>
      <w:r w:rsidR="00C6163A">
        <w:rPr>
          <w:sz w:val="18"/>
        </w:rPr>
        <w:fldChar w:fldCharType="separate"/>
      </w:r>
      <w:r>
        <w:rPr>
          <w:sz w:val="18"/>
        </w:rPr>
        <w:fldChar w:fldCharType="end"/>
      </w:r>
      <w:bookmarkEnd w:id="12"/>
      <w:r>
        <w:rPr>
          <w:sz w:val="18"/>
        </w:rPr>
        <w:t xml:space="preserve">   </w:t>
      </w:r>
      <w:r>
        <w:t>Örtliche Tagespresse (Digitale Version)</w:t>
      </w:r>
    </w:p>
    <w:p w14:paraId="752196DC" w14:textId="27421FE4" w:rsidR="00DD66B2" w:rsidRDefault="00DE09A1">
      <w:pPr>
        <w:spacing w:before="20" w:after="20"/>
        <w:ind w:left="432"/>
      </w:pPr>
      <w:r>
        <w:rPr>
          <w:sz w:val="18"/>
        </w:rPr>
        <w:fldChar w:fldCharType="begin">
          <w:ffData>
            <w:name w:val="Kontrollkästchen14"/>
            <w:enabled/>
            <w:calcOnExit w:val="0"/>
            <w:checkBox>
              <w:sizeAuto/>
              <w:default w:val="0"/>
            </w:checkBox>
          </w:ffData>
        </w:fldChar>
      </w:r>
      <w:bookmarkStart w:id="13" w:name="Kontrollkästchen14"/>
      <w:r>
        <w:rPr>
          <w:sz w:val="18"/>
        </w:rPr>
        <w:instrText xml:space="preserve"> FORMCHECKBOX </w:instrText>
      </w:r>
      <w:r w:rsidR="00C6163A">
        <w:rPr>
          <w:sz w:val="18"/>
        </w:rPr>
      </w:r>
      <w:r w:rsidR="00C6163A">
        <w:rPr>
          <w:sz w:val="18"/>
        </w:rPr>
        <w:fldChar w:fldCharType="separate"/>
      </w:r>
      <w:r>
        <w:rPr>
          <w:sz w:val="18"/>
        </w:rPr>
        <w:fldChar w:fldCharType="end"/>
      </w:r>
      <w:bookmarkEnd w:id="13"/>
      <w:r>
        <w:rPr>
          <w:sz w:val="18"/>
        </w:rPr>
        <w:t xml:space="preserve">   </w:t>
      </w:r>
      <w:r>
        <w:t>World Wide Web (Internet) unter der Homepage der Schule www.birkenbachschule-kirchardt.de</w:t>
      </w:r>
    </w:p>
    <w:p w14:paraId="24A56724" w14:textId="77777777" w:rsidR="00DD66B2" w:rsidRDefault="00DE09A1">
      <w:pPr>
        <w:spacing w:before="40" w:after="40" w:line="252" w:lineRule="auto"/>
      </w:pPr>
      <w:r>
        <w:rPr>
          <w:sz w:val="16"/>
        </w:rPr>
        <w:t>Die Aufnahmen werden nicht zur Leistungsbeurteilung von gezeigtem Schülerverhalten verwendet und nicht an Dritte übermittelt.</w:t>
      </w:r>
    </w:p>
    <w:p w14:paraId="7872953C" w14:textId="77777777" w:rsidR="00DD66B2" w:rsidRDefault="00DE09A1">
      <w:pPr>
        <w:spacing w:before="40" w:after="40" w:line="252" w:lineRule="auto"/>
      </w:pPr>
      <w:r>
        <w:rPr>
          <w:b/>
        </w:rPr>
        <w:t>Zu Veröffentlichung im Internet siehe Hinweis unten!</w:t>
      </w:r>
    </w:p>
    <w:p w14:paraId="5ED411BC" w14:textId="77777777" w:rsidR="00DD66B2" w:rsidRDefault="00DE09A1">
      <w:pPr>
        <w:spacing w:after="80" w:line="252" w:lineRule="auto"/>
      </w:pPr>
      <w:r>
        <w:rPr>
          <w:sz w:val="16"/>
        </w:rPr>
        <w:t>Die Rechteeinräumung an den Fotos, Videos und Tonsequenzen erfolgt ohne Vergütung und umfasst auch das Recht zur Bearbeitung, soweit die Bearbeitung nicht entstellend ist. Klassenfotos werden im Jahresbericht lediglich mit alphabetischen Namenlisten versehen; ansonsten werden den Fotos keine Namensangaben beigefügt.</w:t>
      </w:r>
    </w:p>
    <w:p w14:paraId="08B94BB7" w14:textId="77777777" w:rsidR="00DD66B2" w:rsidRDefault="00DE09A1">
      <w:pPr>
        <w:spacing w:before="80" w:after="40" w:line="252" w:lineRule="auto"/>
      </w:pPr>
      <w:r>
        <w:rPr>
          <w:b/>
          <w:sz w:val="18"/>
        </w:rPr>
        <w:t>2)    Anfertigung von Fotos, Video- und Tonaufzeichnungen zu weiteren Zwecken</w:t>
      </w:r>
    </w:p>
    <w:p w14:paraId="36FA06D3" w14:textId="77777777" w:rsidR="00DE09A1" w:rsidRDefault="00DE09A1">
      <w:pPr>
        <w:spacing w:after="40" w:line="252" w:lineRule="auto"/>
        <w:rPr>
          <w:i/>
        </w:rPr>
      </w:pPr>
      <w:r>
        <w:rPr>
          <w:b/>
        </w:rPr>
        <w:t>Hiermit willige ich / willigen wir in die Anfertigung von Aufzeichnungen außerhalb des Unterrichts ein:</w:t>
      </w:r>
      <w:r>
        <w:rPr>
          <w:i/>
        </w:rPr>
        <w:tab/>
      </w:r>
      <w:r>
        <w:rPr>
          <w:i/>
        </w:rPr>
        <w:tab/>
      </w:r>
    </w:p>
    <w:p w14:paraId="479A6CF8" w14:textId="2ECE2F51" w:rsidR="00DD66B2" w:rsidRDefault="00DE09A1">
      <w:pPr>
        <w:spacing w:after="40" w:line="252" w:lineRule="auto"/>
      </w:pPr>
      <w:r>
        <w:rPr>
          <w:i/>
        </w:rPr>
        <w:t>Bitte ankreuzen!</w:t>
      </w:r>
    </w:p>
    <w:p w14:paraId="0A53367F" w14:textId="5B163496" w:rsidR="00DD66B2" w:rsidRDefault="00DE09A1">
      <w:pPr>
        <w:spacing w:before="20" w:after="20"/>
        <w:ind w:left="432"/>
      </w:pPr>
      <w:r>
        <w:rPr>
          <w:sz w:val="18"/>
        </w:rPr>
        <w:fldChar w:fldCharType="begin">
          <w:ffData>
            <w:name w:val="Kontrollkästchen15"/>
            <w:enabled/>
            <w:calcOnExit w:val="0"/>
            <w:checkBox>
              <w:sizeAuto/>
              <w:default w:val="0"/>
            </w:checkBox>
          </w:ffData>
        </w:fldChar>
      </w:r>
      <w:bookmarkStart w:id="14" w:name="Kontrollkästchen15"/>
      <w:r>
        <w:rPr>
          <w:sz w:val="18"/>
        </w:rPr>
        <w:instrText xml:space="preserve"> FORMCHECKBOX </w:instrText>
      </w:r>
      <w:r w:rsidR="00C6163A">
        <w:rPr>
          <w:sz w:val="18"/>
        </w:rPr>
      </w:r>
      <w:r w:rsidR="00C6163A">
        <w:rPr>
          <w:sz w:val="18"/>
        </w:rPr>
        <w:fldChar w:fldCharType="separate"/>
      </w:r>
      <w:r>
        <w:rPr>
          <w:sz w:val="18"/>
        </w:rPr>
        <w:fldChar w:fldCharType="end"/>
      </w:r>
      <w:bookmarkEnd w:id="14"/>
      <w:r>
        <w:rPr>
          <w:sz w:val="18"/>
        </w:rPr>
        <w:t xml:space="preserve">   </w:t>
      </w:r>
      <w:r>
        <w:t>Fotos für folgenden Zweck:</w:t>
      </w:r>
      <w:r>
        <w:tab/>
      </w:r>
      <w:r>
        <w:tab/>
      </w:r>
      <w:r>
        <w:tab/>
        <w:t>Instagram</w:t>
      </w:r>
      <w:r w:rsidR="00C6163A">
        <w:t>, Sdui</w:t>
      </w:r>
    </w:p>
    <w:p w14:paraId="355E55CB" w14:textId="02B96E6C" w:rsidR="00DD66B2" w:rsidRDefault="00DE09A1">
      <w:pPr>
        <w:spacing w:before="20" w:after="20"/>
        <w:ind w:left="432"/>
      </w:pPr>
      <w:r>
        <w:rPr>
          <w:sz w:val="18"/>
        </w:rPr>
        <w:fldChar w:fldCharType="begin">
          <w:ffData>
            <w:name w:val="Kontrollkästchen16"/>
            <w:enabled/>
            <w:calcOnExit w:val="0"/>
            <w:checkBox>
              <w:sizeAuto/>
              <w:default w:val="0"/>
            </w:checkBox>
          </w:ffData>
        </w:fldChar>
      </w:r>
      <w:bookmarkStart w:id="15" w:name="Kontrollkästchen16"/>
      <w:r>
        <w:rPr>
          <w:sz w:val="18"/>
        </w:rPr>
        <w:instrText xml:space="preserve"> FORMCHECKBOX </w:instrText>
      </w:r>
      <w:r w:rsidR="00C6163A">
        <w:rPr>
          <w:sz w:val="18"/>
        </w:rPr>
      </w:r>
      <w:r w:rsidR="00C6163A">
        <w:rPr>
          <w:sz w:val="18"/>
        </w:rPr>
        <w:fldChar w:fldCharType="separate"/>
      </w:r>
      <w:r>
        <w:rPr>
          <w:sz w:val="18"/>
        </w:rPr>
        <w:fldChar w:fldCharType="end"/>
      </w:r>
      <w:bookmarkEnd w:id="15"/>
      <w:r>
        <w:rPr>
          <w:sz w:val="18"/>
        </w:rPr>
        <w:t xml:space="preserve">  </w:t>
      </w:r>
      <w:r>
        <w:t>Videoaufzeichnungen für folgenden Zweck:</w:t>
      </w:r>
      <w:r>
        <w:tab/>
        <w:t>Instagram</w:t>
      </w:r>
      <w:r w:rsidR="00C6163A">
        <w:t>, Sdui</w:t>
      </w:r>
    </w:p>
    <w:p w14:paraId="7F0E144D" w14:textId="5F8A02AB" w:rsidR="00DD66B2" w:rsidRDefault="00DE09A1">
      <w:pPr>
        <w:spacing w:before="20" w:after="20"/>
        <w:ind w:left="432"/>
      </w:pPr>
      <w:r>
        <w:rPr>
          <w:sz w:val="18"/>
        </w:rPr>
        <w:fldChar w:fldCharType="begin">
          <w:ffData>
            <w:name w:val="Kontrollkästchen17"/>
            <w:enabled/>
            <w:calcOnExit w:val="0"/>
            <w:checkBox>
              <w:sizeAuto/>
              <w:default w:val="0"/>
            </w:checkBox>
          </w:ffData>
        </w:fldChar>
      </w:r>
      <w:bookmarkStart w:id="16" w:name="Kontrollkästchen17"/>
      <w:r>
        <w:rPr>
          <w:sz w:val="18"/>
        </w:rPr>
        <w:instrText xml:space="preserve"> FORMCHECKBOX </w:instrText>
      </w:r>
      <w:r w:rsidR="00C6163A">
        <w:rPr>
          <w:sz w:val="18"/>
        </w:rPr>
      </w:r>
      <w:r w:rsidR="00C6163A">
        <w:rPr>
          <w:sz w:val="18"/>
        </w:rPr>
        <w:fldChar w:fldCharType="separate"/>
      </w:r>
      <w:r>
        <w:rPr>
          <w:sz w:val="18"/>
        </w:rPr>
        <w:fldChar w:fldCharType="end"/>
      </w:r>
      <w:bookmarkEnd w:id="16"/>
      <w:r>
        <w:rPr>
          <w:sz w:val="18"/>
        </w:rPr>
        <w:t xml:space="preserve">  </w:t>
      </w:r>
      <w:r>
        <w:t>Tonaufzeichnungen für folgenden Zweck:</w:t>
      </w:r>
      <w:r>
        <w:tab/>
        <w:t>Instagram</w:t>
      </w:r>
      <w:r w:rsidR="00C6163A">
        <w:t>, Sdui</w:t>
      </w:r>
    </w:p>
    <w:p w14:paraId="5A2DB9B8" w14:textId="77777777" w:rsidR="00DD66B2" w:rsidRDefault="00DE09A1">
      <w:pPr>
        <w:spacing w:before="60" w:after="60" w:line="252" w:lineRule="auto"/>
      </w:pPr>
      <w:r>
        <w:rPr>
          <w:sz w:val="15"/>
        </w:rPr>
        <w:t>Diese Einwilligung kann für die Zukunft jederzeit widerrufen werden. Der Widerruf kann auch nur auf einen Teil der Medien oder der Datenarten oder Fotos bezogen sein. Durch den Widerruf der Einwilligung wird die Rechtmäßigkeit der aufgrund der Einwilligung bis zum Widerruf erfolgten Verarbeitung nicht berührt. Bei Druckwerken ist die Einwilligung nicht mehr widerruflich, sobald der Druckauftrag erteilt ist. Im Falle des Widerrufs werden entsprechende Daten zukünftig nicht mehr für die oben genannten Zwecke verwendet und unverzüglich aus den entsprechenden Internet-Angeboten gelöscht. Soweit die Einwilligung nicht widerrufen wird, gilt sie für die Dauer der Schulzugehörigkeit, nach Ende der Schulzugehörigkeit werden die Daten gelöscht. Aufzeichnungen nach Nummer 2) werden spätestens am Ende des Schuljahres bzw. am Ende der Kursstufe oder wenn der o. g. Zweck erreicht ist gelöscht.</w:t>
      </w:r>
    </w:p>
    <w:p w14:paraId="273AA97A" w14:textId="77777777" w:rsidR="00DD66B2" w:rsidRDefault="00DE09A1">
      <w:pPr>
        <w:spacing w:before="40" w:after="40" w:line="252" w:lineRule="auto"/>
      </w:pPr>
      <w:r>
        <w:rPr>
          <w:b/>
          <w:sz w:val="16"/>
        </w:rPr>
        <w:t>Die Einwilligung ist freiwillig. Aus der Nichterteilung oder dem Widerruf der Einwilligung entstehen keine Nachteile.</w:t>
      </w:r>
    </w:p>
    <w:p w14:paraId="10847ACD" w14:textId="77777777" w:rsidR="00DD66B2" w:rsidRDefault="00DE09A1">
      <w:pPr>
        <w:spacing w:before="40" w:after="60" w:line="252" w:lineRule="auto"/>
      </w:pPr>
      <w:r>
        <w:rPr>
          <w:sz w:val="15"/>
        </w:rPr>
        <w:t>Gegenüber der Schule besteht ein Recht auf Auskunft über Ihre personenbezogenen Daten, ferner haben Sie ein Recht auf Berichtigung, Löschung oder Einschränkung, ein Widerspruchsrecht gegen die Verarbeitung und ein Recht auf Datenübertragbarkeit. Zudem steht Ihnen ein Beschwerderecht bei der Datenschutzaufsichtsbehörde, dem Landesbeauftragten für den Datenschutz und die Informationsfreiheit Baden-Württemberg zu.</w:t>
      </w:r>
    </w:p>
    <w:p w14:paraId="4567B6E8" w14:textId="77777777" w:rsidR="00DD66B2" w:rsidRDefault="00DE09A1">
      <w:pPr>
        <w:spacing w:before="40" w:after="40" w:line="252" w:lineRule="auto"/>
      </w:pPr>
      <w:r>
        <w:rPr>
          <w:b/>
          <w:sz w:val="16"/>
        </w:rPr>
        <w:t>Veröffentlichungen im Internet / Datenschutzrechtlicher Hinweis:</w:t>
      </w:r>
    </w:p>
    <w:p w14:paraId="36E0B11B" w14:textId="77777777" w:rsidR="00DD66B2" w:rsidRDefault="00DE09A1">
      <w:pPr>
        <w:spacing w:before="40" w:after="120" w:line="252" w:lineRule="auto"/>
      </w:pPr>
      <w:r>
        <w:rPr>
          <w:sz w:val="15"/>
        </w:rPr>
        <w:lastRenderedPageBreak/>
        <w:t>Bei einer Veröffentlichung im Internet können die personenbezogenen Daten (auch Fotos und Videos) jederzeit und zeitlich unbegrenzt weltweit abgerufen und gespeichert werden. Die Daten können damit etwa auch über so genannte „Suchmaschinen“ aufgefunden werden. Dabei kann nicht ausgeschlossen werden, dass Dritte die Daten mit weiteren im Internet verfügbaren personenbezogenen Daten verknüpfen und damit ein Persönlichkeitsprofil erstellen, die Daten verändern oder zu anderen Zwecken verwenden.</w:t>
      </w:r>
    </w:p>
    <w:p w14:paraId="64F735F1" w14:textId="77777777" w:rsidR="00DD66B2" w:rsidRDefault="00DD66B2">
      <w:pPr>
        <w:pBdr>
          <w:bottom w:val="single" w:sz="6" w:space="1" w:color="000000"/>
        </w:pBdr>
        <w:spacing w:before="40" w:after="80"/>
      </w:pPr>
    </w:p>
    <w:tbl>
      <w:tblPr>
        <w:tblW w:w="0" w:type="auto"/>
        <w:jc w:val="center"/>
        <w:tblLayout w:type="fixed"/>
        <w:tblLook w:val="04A0" w:firstRow="1" w:lastRow="0" w:firstColumn="1" w:lastColumn="0" w:noHBand="0" w:noVBand="1"/>
      </w:tblPr>
      <w:tblGrid>
        <w:gridCol w:w="3600"/>
        <w:gridCol w:w="1152"/>
        <w:gridCol w:w="4608"/>
      </w:tblGrid>
      <w:tr w:rsidR="00DD66B2" w14:paraId="5EED5654" w14:textId="77777777">
        <w:trPr>
          <w:jc w:val="center"/>
        </w:trPr>
        <w:tc>
          <w:tcPr>
            <w:tcW w:w="3600" w:type="dxa"/>
          </w:tcPr>
          <w:p w14:paraId="7ADD5648" w14:textId="02BB5A76" w:rsidR="00DD66B2" w:rsidRDefault="00DE09A1">
            <w:pPr>
              <w:spacing w:before="240" w:after="40"/>
            </w:pPr>
            <w:r>
              <w:rPr>
                <w:sz w:val="16"/>
              </w:rPr>
              <w:t>______________________________________</w:t>
            </w:r>
            <w:r>
              <w:rPr>
                <w:sz w:val="16"/>
              </w:rPr>
              <w:br/>
              <w:t>Ort, Datum</w:t>
            </w:r>
          </w:p>
        </w:tc>
        <w:tc>
          <w:tcPr>
            <w:tcW w:w="1152" w:type="dxa"/>
          </w:tcPr>
          <w:p w14:paraId="18441267" w14:textId="77777777" w:rsidR="00DD66B2" w:rsidRDefault="00DE09A1">
            <w:pPr>
              <w:spacing w:before="240" w:after="40"/>
              <w:jc w:val="center"/>
            </w:pPr>
            <w:r>
              <w:rPr>
                <w:sz w:val="16"/>
              </w:rPr>
              <w:t>und</w:t>
            </w:r>
          </w:p>
        </w:tc>
        <w:tc>
          <w:tcPr>
            <w:tcW w:w="4608" w:type="dxa"/>
          </w:tcPr>
          <w:p w14:paraId="0682B1D8" w14:textId="77777777" w:rsidR="00DD66B2" w:rsidRDefault="00DE09A1">
            <w:pPr>
              <w:spacing w:before="240" w:after="40"/>
              <w:jc w:val="right"/>
            </w:pPr>
            <w:r>
              <w:rPr>
                <w:sz w:val="16"/>
              </w:rPr>
              <w:t>________________________________________</w:t>
            </w:r>
            <w:r>
              <w:rPr>
                <w:sz w:val="16"/>
              </w:rPr>
              <w:br/>
              <w:t>[Unterschrift des / der Erziehungsberechtigten]</w:t>
            </w:r>
          </w:p>
        </w:tc>
      </w:tr>
      <w:tr w:rsidR="00DD66B2" w14:paraId="2E5170D6" w14:textId="77777777">
        <w:trPr>
          <w:jc w:val="center"/>
        </w:trPr>
        <w:tc>
          <w:tcPr>
            <w:tcW w:w="3600" w:type="dxa"/>
          </w:tcPr>
          <w:p w14:paraId="5215AA75" w14:textId="77777777" w:rsidR="00DD66B2" w:rsidRDefault="00DD66B2"/>
        </w:tc>
        <w:tc>
          <w:tcPr>
            <w:tcW w:w="1152" w:type="dxa"/>
          </w:tcPr>
          <w:p w14:paraId="24393175" w14:textId="77777777" w:rsidR="00DD66B2" w:rsidRDefault="00DD66B2"/>
        </w:tc>
        <w:tc>
          <w:tcPr>
            <w:tcW w:w="4608" w:type="dxa"/>
          </w:tcPr>
          <w:p w14:paraId="412B1F02" w14:textId="77777777" w:rsidR="00DD66B2" w:rsidRDefault="00DE09A1">
            <w:pPr>
              <w:spacing w:before="240" w:after="40"/>
              <w:jc w:val="right"/>
            </w:pPr>
            <w:r>
              <w:rPr>
                <w:sz w:val="16"/>
              </w:rPr>
              <w:t>[ab dem 14. Geburtstag: Unterschrift Schüler in / Schüler]</w:t>
            </w:r>
          </w:p>
        </w:tc>
      </w:tr>
    </w:tbl>
    <w:p w14:paraId="056284CF" w14:textId="77777777" w:rsidR="00DD66B2" w:rsidRDefault="00DE09A1">
      <w:pPr>
        <w:spacing w:before="160" w:after="0"/>
      </w:pPr>
      <w:r>
        <w:rPr>
          <w:sz w:val="15"/>
        </w:rPr>
        <w:t>Kultusministerium Baden-Württemberg, Stand: 01/2024</w:t>
      </w:r>
    </w:p>
    <w:sectPr w:rsidR="00DD66B2" w:rsidSect="00C6163A">
      <w:pgSz w:w="12240" w:h="15840"/>
      <w:pgMar w:top="567" w:right="936" w:bottom="567"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90687698">
    <w:abstractNumId w:val="8"/>
  </w:num>
  <w:num w:numId="2" w16cid:durableId="1788038429">
    <w:abstractNumId w:val="6"/>
  </w:num>
  <w:num w:numId="3" w16cid:durableId="1368796865">
    <w:abstractNumId w:val="5"/>
  </w:num>
  <w:num w:numId="4" w16cid:durableId="36665932">
    <w:abstractNumId w:val="4"/>
  </w:num>
  <w:num w:numId="5" w16cid:durableId="1188983708">
    <w:abstractNumId w:val="7"/>
  </w:num>
  <w:num w:numId="6" w16cid:durableId="45688690">
    <w:abstractNumId w:val="3"/>
  </w:num>
  <w:num w:numId="7" w16cid:durableId="316306169">
    <w:abstractNumId w:val="2"/>
  </w:num>
  <w:num w:numId="8" w16cid:durableId="2139370423">
    <w:abstractNumId w:val="1"/>
  </w:num>
  <w:num w:numId="9" w16cid:durableId="813834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ILhdDa+iJcG+9T0H7CPCNEjUT5LKa0dUaktXJpHS0+7ZZlC++P6fXab3B/Q3t7zSJNIyXKl+l5ZB1r2z7GQl/A==" w:salt="0pWO2HYsy/K6gIdcuw6T9Q=="/>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54E45"/>
    <w:rsid w:val="00AA1D8D"/>
    <w:rsid w:val="00B47730"/>
    <w:rsid w:val="00C6163A"/>
    <w:rsid w:val="00CB0664"/>
    <w:rsid w:val="00DD66B2"/>
    <w:rsid w:val="00DE09A1"/>
    <w:rsid w:val="00F5760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D66FDF"/>
  <w14:defaultImageDpi w14:val="300"/>
  <w15:docId w15:val="{E107339A-E5C8-41E4-A864-5650667B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olor w:val="000000"/>
      <w:sz w:val="17"/>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tzhaltertext">
    <w:name w:val="Placeholder Text"/>
    <w:basedOn w:val="Absatz-Standardschriftart"/>
    <w:uiPriority w:val="99"/>
    <w:semiHidden/>
    <w:rsid w:val="00DE09A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lgemein"/>
          <w:gallery w:val="placeholder"/>
        </w:category>
        <w:types>
          <w:type w:val="bbPlcHdr"/>
        </w:types>
        <w:behaviors>
          <w:behavior w:val="content"/>
        </w:behaviors>
        <w:guid w:val="{0461AE5D-D9CB-41B4-8AA3-1B2B30CB23E5}"/>
      </w:docPartPr>
      <w:docPartBody>
        <w:p w:rsidR="003C6D26" w:rsidRDefault="003C6D26">
          <w:r w:rsidRPr="007358F3">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D26"/>
    <w:rsid w:val="003C6D26"/>
    <w:rsid w:val="00954E45"/>
    <w:rsid w:val="00F576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C6D2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Samuel, Nura</cp:lastModifiedBy>
  <cp:revision>3</cp:revision>
  <dcterms:created xsi:type="dcterms:W3CDTF">2026-10-01T09:58:00Z</dcterms:created>
  <dcterms:modified xsi:type="dcterms:W3CDTF">2026-10-01T10:02:00Z</dcterms:modified>
  <cp:category/>
</cp:coreProperties>
</file>