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26AD3" w14:textId="77777777" w:rsidR="005A0BAB" w:rsidRDefault="006526AB">
      <w:pPr>
        <w:spacing w:before="120" w:after="80"/>
      </w:pPr>
      <w:r>
        <w:rPr>
          <w:b/>
          <w:sz w:val="24"/>
          <w:u w:val="single"/>
        </w:rPr>
        <w:t>Erhebung der Religionszugehörigkeit</w:t>
      </w:r>
    </w:p>
    <w:p w14:paraId="3559001D" w14:textId="77777777" w:rsidR="005A0BAB" w:rsidRDefault="006526AB">
      <w:pPr>
        <w:spacing w:before="40" w:after="80"/>
      </w:pPr>
      <w:r>
        <w:rPr>
          <w:sz w:val="21"/>
          <w:u w:val="single"/>
        </w:rPr>
        <w:t>Erklärung durch den oder die Erziehungsberechtigten bei religionsunmündigen Kindern</w:t>
      </w:r>
    </w:p>
    <w:p w14:paraId="32661BBF" w14:textId="77777777" w:rsidR="005A0BAB" w:rsidRDefault="006526AB">
      <w:r>
        <w:t>(Bis zur Vollendung des 14. Lebensjahres findet die Erklärung durch die Erziehungsberechtigten statt).</w:t>
      </w:r>
    </w:p>
    <w:p w14:paraId="1243459B" w14:textId="77777777" w:rsidR="005A0BAB" w:rsidRDefault="006526AB">
      <w:pPr>
        <w:spacing w:after="120"/>
      </w:pPr>
      <w:r>
        <w:t>Religionsunterricht ist in Baden-Württemberg ordentliches Lehrfach. Das heißt, die Schülerinnen und Schüler, die einer Religion (Konfession) angehören, für die Religionsunterricht eingerichtet ist, sind zur Teilnahme ihres Religionsunterrichts verpflichtet (Beispiel: Eine evangelische Schülerin besucht den evangelischen Religionsunterricht, ein katholischer Schüler besucht den katholischen Religionsunterricht).</w:t>
      </w:r>
    </w:p>
    <w:p w14:paraId="39D20F45" w14:textId="77777777" w:rsidR="005A0BAB" w:rsidRDefault="006526AB">
      <w:pPr>
        <w:spacing w:after="120"/>
      </w:pPr>
      <w:r>
        <w:t>Schülerinnen und Schüler, die keiner Religion (Konfession) angehören, sind verpflichtet, entweder das Fach Ethik oder den Unterricht einer Religion (Konfession) zu besuchen (Ethik ist nicht an allen Schularten eingerichtet).</w:t>
      </w:r>
    </w:p>
    <w:p w14:paraId="4AA09A3D" w14:textId="77777777" w:rsidR="005A0BAB" w:rsidRDefault="006526AB">
      <w:pPr>
        <w:spacing w:after="120"/>
      </w:pPr>
      <w:r>
        <w:t>In Baden-Württemberg gibt es evangelischen, römisch-katholischen, alevitischen, alt-katholischen, jüdischen, orthodoxen, syrisch-orthodoxen und islamischen Religionsunterricht sunnitischer Prägung.</w:t>
      </w:r>
      <w:r>
        <w:br/>
        <w:t>Da nicht überall ausreichend Lehrkräfte zur Verfügung stehen, kann nicht an allen Schulen für alle Schülerinnen und Schüler der eigene Religionsunterricht angeboten werden.</w:t>
      </w:r>
    </w:p>
    <w:p w14:paraId="0E49FDA4" w14:textId="77777777" w:rsidR="005A0BAB" w:rsidRDefault="006526AB">
      <w:pPr>
        <w:spacing w:after="120"/>
      </w:pPr>
      <w:r>
        <w:t>Schülerinnen und Schüler, für die kein Religionsunterricht in ihrer Religion (Konfession) angeboten wird, sind verpflichtet, entweder den Unterricht einer anderen Religion (Konfession) oder das Fach Ethik zu besuchen.</w:t>
      </w:r>
    </w:p>
    <w:p w14:paraId="47942A22" w14:textId="77777777" w:rsidR="005A0BAB" w:rsidRDefault="006526AB">
      <w:pPr>
        <w:spacing w:after="120"/>
      </w:pPr>
      <w:r>
        <w:t>Schülerinnen und Schüler, für die an ihrer Schule Religionsunterricht in ihrer Religion (Konfession) angeboten wird, deren Erziehungsberechtigte jedoch aus Glaubens- oder Gewissensgründen wünschen, dass ihr Kind nicht am Religionsunterricht teilnehmen soll, müssen ihr Kind vom Religionsunterricht abmelden. Dann muss das Kind Ethik als Pflichtfach besuchen, sofern Ethik an der entsprechenden Schulart eingerichtet ist.</w:t>
      </w:r>
    </w:p>
    <w:p w14:paraId="1A2144FA" w14:textId="77777777" w:rsidR="005A0BAB" w:rsidRDefault="006526AB">
      <w:pPr>
        <w:spacing w:after="360"/>
      </w:pPr>
      <w:r>
        <w:t>Die Abmeldung vom Religionsunterricht aus Glaubens- und Gewissensgründen kann nicht mit diesem Formular erfolgen.</w:t>
      </w:r>
    </w:p>
    <w:p w14:paraId="095FF082" w14:textId="77777777" w:rsidR="005A0BAB" w:rsidRDefault="006526AB">
      <w:r>
        <w:br w:type="page"/>
      </w:r>
    </w:p>
    <w:tbl>
      <w:tblPr>
        <w:tblW w:w="0" w:type="auto"/>
        <w:jc w:val="center"/>
        <w:tblLayout w:type="fixed"/>
        <w:tblLook w:val="04A0" w:firstRow="1" w:lastRow="0" w:firstColumn="1" w:lastColumn="0" w:noHBand="0" w:noVBand="1"/>
      </w:tblPr>
      <w:tblGrid>
        <w:gridCol w:w="4896"/>
        <w:gridCol w:w="3312"/>
        <w:gridCol w:w="1440"/>
      </w:tblGrid>
      <w:tr w:rsidR="005A0BAB" w14:paraId="3435CD7D" w14:textId="77777777">
        <w:trPr>
          <w:jc w:val="center"/>
        </w:trPr>
        <w:tc>
          <w:tcPr>
            <w:tcW w:w="4896" w:type="dxa"/>
            <w:tcBorders>
              <w:bottom w:val="single" w:sz="6" w:space="0" w:color="000000"/>
            </w:tcBorders>
          </w:tcPr>
          <w:p w14:paraId="2C6AFF78" w14:textId="77777777" w:rsidR="005A0BAB" w:rsidRDefault="006526AB">
            <w:pPr>
              <w:spacing w:after="40"/>
              <w:rPr>
                <w:sz w:val="17"/>
              </w:rPr>
            </w:pPr>
            <w:r>
              <w:rPr>
                <w:sz w:val="17"/>
              </w:rPr>
              <w:lastRenderedPageBreak/>
              <w:br/>
              <w:t>Familienname und Vorname des Schüler / der Schülerin</w:t>
            </w:r>
          </w:p>
          <w:p w14:paraId="409A5BDB" w14:textId="0504B999" w:rsidR="008B588E" w:rsidRDefault="008B588E">
            <w:pPr>
              <w:spacing w:after="40"/>
            </w:pPr>
            <w:r>
              <w:rPr>
                <w:sz w:val="17"/>
              </w:rPr>
              <w:fldChar w:fldCharType="begin">
                <w:ffData>
                  <w:name w:val="Text1"/>
                  <w:enabled/>
                  <w:calcOnExit w:val="0"/>
                  <w:textInput/>
                </w:ffData>
              </w:fldChar>
            </w:r>
            <w:bookmarkStart w:id="0" w:name="Text1"/>
            <w:r>
              <w:rPr>
                <w:sz w:val="17"/>
              </w:rPr>
              <w:instrText xml:space="preserve"> FORMTEXT </w:instrText>
            </w:r>
            <w:r>
              <w:rPr>
                <w:sz w:val="17"/>
              </w:rPr>
            </w:r>
            <w:r>
              <w:rPr>
                <w:sz w:val="17"/>
              </w:rPr>
              <w:fldChar w:fldCharType="separate"/>
            </w:r>
            <w:r>
              <w:rPr>
                <w:noProof/>
                <w:sz w:val="17"/>
              </w:rPr>
              <w:t> </w:t>
            </w:r>
            <w:r>
              <w:rPr>
                <w:noProof/>
                <w:sz w:val="17"/>
              </w:rPr>
              <w:t> </w:t>
            </w:r>
            <w:r>
              <w:rPr>
                <w:noProof/>
                <w:sz w:val="17"/>
              </w:rPr>
              <w:t> </w:t>
            </w:r>
            <w:r>
              <w:rPr>
                <w:noProof/>
                <w:sz w:val="17"/>
              </w:rPr>
              <w:t> </w:t>
            </w:r>
            <w:r>
              <w:rPr>
                <w:noProof/>
                <w:sz w:val="17"/>
              </w:rPr>
              <w:t> </w:t>
            </w:r>
            <w:r>
              <w:rPr>
                <w:sz w:val="17"/>
              </w:rPr>
              <w:fldChar w:fldCharType="end"/>
            </w:r>
            <w:bookmarkEnd w:id="0"/>
          </w:p>
        </w:tc>
        <w:tc>
          <w:tcPr>
            <w:tcW w:w="3312" w:type="dxa"/>
            <w:tcBorders>
              <w:bottom w:val="single" w:sz="6" w:space="0" w:color="000000"/>
            </w:tcBorders>
          </w:tcPr>
          <w:p w14:paraId="37E58FF4" w14:textId="77777777" w:rsidR="005A0BAB" w:rsidRDefault="006526AB">
            <w:pPr>
              <w:spacing w:after="40"/>
              <w:rPr>
                <w:sz w:val="17"/>
              </w:rPr>
            </w:pPr>
            <w:r>
              <w:rPr>
                <w:sz w:val="17"/>
              </w:rPr>
              <w:br/>
              <w:t>Schule</w:t>
            </w:r>
          </w:p>
          <w:p w14:paraId="7CC2B5F9" w14:textId="1442E67A" w:rsidR="008B588E" w:rsidRDefault="008B588E">
            <w:pPr>
              <w:spacing w:after="40"/>
            </w:pPr>
            <w:r>
              <w:rPr>
                <w:sz w:val="17"/>
              </w:rPr>
              <w:t>Birkenbachschule Grundschule Kirchardt</w:t>
            </w:r>
          </w:p>
        </w:tc>
        <w:tc>
          <w:tcPr>
            <w:tcW w:w="1440" w:type="dxa"/>
            <w:tcBorders>
              <w:bottom w:val="single" w:sz="6" w:space="0" w:color="000000"/>
            </w:tcBorders>
          </w:tcPr>
          <w:p w14:paraId="1752E9BA" w14:textId="77777777" w:rsidR="008B588E" w:rsidRDefault="006526AB" w:rsidP="008B588E">
            <w:pPr>
              <w:spacing w:after="40"/>
              <w:rPr>
                <w:sz w:val="17"/>
              </w:rPr>
            </w:pPr>
            <w:r>
              <w:rPr>
                <w:sz w:val="17"/>
              </w:rPr>
              <w:br/>
              <w:t>Klasse</w:t>
            </w:r>
          </w:p>
          <w:p w14:paraId="54CC145B" w14:textId="3872BC53" w:rsidR="008B588E" w:rsidRPr="008B588E" w:rsidRDefault="008B588E" w:rsidP="008B588E">
            <w:pPr>
              <w:spacing w:after="40"/>
              <w:rPr>
                <w:sz w:val="17"/>
              </w:rPr>
            </w:pPr>
            <w:r>
              <w:rPr>
                <w:sz w:val="17"/>
              </w:rPr>
              <w:fldChar w:fldCharType="begin">
                <w:ffData>
                  <w:name w:val="Text2"/>
                  <w:enabled/>
                  <w:calcOnExit w:val="0"/>
                  <w:textInput/>
                </w:ffData>
              </w:fldChar>
            </w:r>
            <w:bookmarkStart w:id="1" w:name="Text2"/>
            <w:r>
              <w:rPr>
                <w:sz w:val="17"/>
              </w:rPr>
              <w:instrText xml:space="preserve"> FORMTEXT </w:instrText>
            </w:r>
            <w:r>
              <w:rPr>
                <w:sz w:val="17"/>
              </w:rPr>
            </w:r>
            <w:r>
              <w:rPr>
                <w:sz w:val="17"/>
              </w:rPr>
              <w:fldChar w:fldCharType="separate"/>
            </w:r>
            <w:r>
              <w:rPr>
                <w:noProof/>
                <w:sz w:val="17"/>
              </w:rPr>
              <w:t> </w:t>
            </w:r>
            <w:r>
              <w:rPr>
                <w:noProof/>
                <w:sz w:val="17"/>
              </w:rPr>
              <w:t> </w:t>
            </w:r>
            <w:r>
              <w:rPr>
                <w:noProof/>
                <w:sz w:val="17"/>
              </w:rPr>
              <w:t> </w:t>
            </w:r>
            <w:r>
              <w:rPr>
                <w:noProof/>
                <w:sz w:val="17"/>
              </w:rPr>
              <w:t> </w:t>
            </w:r>
            <w:r>
              <w:rPr>
                <w:noProof/>
                <w:sz w:val="17"/>
              </w:rPr>
              <w:t> </w:t>
            </w:r>
            <w:r>
              <w:rPr>
                <w:sz w:val="17"/>
              </w:rPr>
              <w:fldChar w:fldCharType="end"/>
            </w:r>
            <w:bookmarkEnd w:id="1"/>
          </w:p>
        </w:tc>
      </w:tr>
    </w:tbl>
    <w:p w14:paraId="4B424D17" w14:textId="77777777" w:rsidR="005A0BAB" w:rsidRDefault="006526AB">
      <w:pPr>
        <w:spacing w:before="160" w:after="80"/>
      </w:pPr>
      <w:r>
        <w:rPr>
          <w:b/>
          <w:sz w:val="19"/>
        </w:rPr>
        <w:t>Mein / Unser Kind gehört einer der folgenden Religionen (Konfessionen) an, für die Religionsunterricht als ordentliches Lehrfach eingerichtet ist:</w:t>
      </w:r>
    </w:p>
    <w:p w14:paraId="49945228" w14:textId="31E732DA" w:rsidR="005A0BAB" w:rsidRDefault="008B588E">
      <w:pPr>
        <w:spacing w:before="20" w:after="40" w:line="264" w:lineRule="auto"/>
        <w:ind w:left="288"/>
      </w:pPr>
      <w:r>
        <w:rPr>
          <w:sz w:val="22"/>
        </w:rPr>
        <w:fldChar w:fldCharType="begin">
          <w:ffData>
            <w:name w:val="Kontrollkästchen1"/>
            <w:enabled/>
            <w:calcOnExit w:val="0"/>
            <w:checkBox>
              <w:sizeAuto/>
              <w:default w:val="0"/>
            </w:checkBox>
          </w:ffData>
        </w:fldChar>
      </w:r>
      <w:bookmarkStart w:id="2" w:name="Kontrollkästchen1"/>
      <w:r>
        <w:rPr>
          <w:sz w:val="22"/>
        </w:rPr>
        <w:instrText xml:space="preserve"> FORMCHECKBOX </w:instrText>
      </w:r>
      <w:r w:rsidR="00FF5101">
        <w:rPr>
          <w:sz w:val="22"/>
        </w:rPr>
      </w:r>
      <w:r w:rsidR="00FF5101">
        <w:rPr>
          <w:sz w:val="22"/>
        </w:rPr>
        <w:fldChar w:fldCharType="separate"/>
      </w:r>
      <w:r>
        <w:rPr>
          <w:sz w:val="22"/>
        </w:rPr>
        <w:fldChar w:fldCharType="end"/>
      </w:r>
      <w:bookmarkEnd w:id="2"/>
      <w:r w:rsidR="006526AB">
        <w:rPr>
          <w:sz w:val="22"/>
        </w:rPr>
        <w:t xml:space="preserve">  </w:t>
      </w:r>
      <w:r w:rsidR="006526AB">
        <w:rPr>
          <w:sz w:val="18"/>
        </w:rPr>
        <w:t>Evangelisch</w:t>
      </w:r>
    </w:p>
    <w:p w14:paraId="5A20AA76" w14:textId="0C2CEE52" w:rsidR="005A0BAB" w:rsidRDefault="008B588E">
      <w:pPr>
        <w:spacing w:before="20" w:after="40" w:line="264" w:lineRule="auto"/>
        <w:ind w:left="288"/>
      </w:pPr>
      <w:r>
        <w:rPr>
          <w:sz w:val="22"/>
        </w:rPr>
        <w:fldChar w:fldCharType="begin">
          <w:ffData>
            <w:name w:val="Kontrollkästchen2"/>
            <w:enabled/>
            <w:calcOnExit w:val="0"/>
            <w:checkBox>
              <w:sizeAuto/>
              <w:default w:val="0"/>
            </w:checkBox>
          </w:ffData>
        </w:fldChar>
      </w:r>
      <w:bookmarkStart w:id="3" w:name="Kontrollkästchen2"/>
      <w:r>
        <w:rPr>
          <w:sz w:val="22"/>
        </w:rPr>
        <w:instrText xml:space="preserve"> FORMCHECKBOX </w:instrText>
      </w:r>
      <w:r w:rsidR="00FF5101">
        <w:rPr>
          <w:sz w:val="22"/>
        </w:rPr>
      </w:r>
      <w:r w:rsidR="00FF5101">
        <w:rPr>
          <w:sz w:val="22"/>
        </w:rPr>
        <w:fldChar w:fldCharType="separate"/>
      </w:r>
      <w:r>
        <w:rPr>
          <w:sz w:val="22"/>
        </w:rPr>
        <w:fldChar w:fldCharType="end"/>
      </w:r>
      <w:bookmarkEnd w:id="3"/>
      <w:r w:rsidR="006526AB">
        <w:rPr>
          <w:sz w:val="22"/>
        </w:rPr>
        <w:t xml:space="preserve"> </w:t>
      </w:r>
      <w:r w:rsidR="006526AB">
        <w:rPr>
          <w:sz w:val="18"/>
        </w:rPr>
        <w:t>Römisch-katholisch</w:t>
      </w:r>
    </w:p>
    <w:p w14:paraId="32385A38" w14:textId="101F62FB" w:rsidR="005A0BAB" w:rsidRDefault="008B588E">
      <w:pPr>
        <w:spacing w:before="20" w:after="40" w:line="264" w:lineRule="auto"/>
        <w:ind w:left="288"/>
      </w:pPr>
      <w:r>
        <w:rPr>
          <w:sz w:val="22"/>
        </w:rPr>
        <w:fldChar w:fldCharType="begin">
          <w:ffData>
            <w:name w:val="Kontrollkästchen3"/>
            <w:enabled/>
            <w:calcOnExit w:val="0"/>
            <w:checkBox>
              <w:sizeAuto/>
              <w:default w:val="0"/>
            </w:checkBox>
          </w:ffData>
        </w:fldChar>
      </w:r>
      <w:bookmarkStart w:id="4" w:name="Kontrollkästchen3"/>
      <w:r>
        <w:rPr>
          <w:sz w:val="22"/>
        </w:rPr>
        <w:instrText xml:space="preserve"> FORMCHECKBOX </w:instrText>
      </w:r>
      <w:r w:rsidR="00FF5101">
        <w:rPr>
          <w:sz w:val="22"/>
        </w:rPr>
      </w:r>
      <w:r w:rsidR="00FF5101">
        <w:rPr>
          <w:sz w:val="22"/>
        </w:rPr>
        <w:fldChar w:fldCharType="separate"/>
      </w:r>
      <w:r>
        <w:rPr>
          <w:sz w:val="22"/>
        </w:rPr>
        <w:fldChar w:fldCharType="end"/>
      </w:r>
      <w:bookmarkEnd w:id="4"/>
      <w:r w:rsidR="006526AB">
        <w:rPr>
          <w:sz w:val="22"/>
        </w:rPr>
        <w:t xml:space="preserve"> </w:t>
      </w:r>
      <w:r w:rsidR="006526AB">
        <w:rPr>
          <w:sz w:val="18"/>
        </w:rPr>
        <w:t>Alevitisch</w:t>
      </w:r>
    </w:p>
    <w:p w14:paraId="36E9D8A8" w14:textId="2BDED7E4" w:rsidR="005A0BAB" w:rsidRDefault="008B588E">
      <w:pPr>
        <w:spacing w:before="20" w:after="40" w:line="264" w:lineRule="auto"/>
        <w:ind w:left="288"/>
      </w:pPr>
      <w:r>
        <w:rPr>
          <w:sz w:val="22"/>
        </w:rPr>
        <w:fldChar w:fldCharType="begin">
          <w:ffData>
            <w:name w:val="Kontrollkästchen4"/>
            <w:enabled/>
            <w:calcOnExit w:val="0"/>
            <w:checkBox>
              <w:sizeAuto/>
              <w:default w:val="0"/>
            </w:checkBox>
          </w:ffData>
        </w:fldChar>
      </w:r>
      <w:bookmarkStart w:id="5" w:name="Kontrollkästchen4"/>
      <w:r>
        <w:rPr>
          <w:sz w:val="22"/>
        </w:rPr>
        <w:instrText xml:space="preserve"> FORMCHECKBOX </w:instrText>
      </w:r>
      <w:r w:rsidR="00FF5101">
        <w:rPr>
          <w:sz w:val="22"/>
        </w:rPr>
      </w:r>
      <w:r w:rsidR="00FF5101">
        <w:rPr>
          <w:sz w:val="22"/>
        </w:rPr>
        <w:fldChar w:fldCharType="separate"/>
      </w:r>
      <w:r>
        <w:rPr>
          <w:sz w:val="22"/>
        </w:rPr>
        <w:fldChar w:fldCharType="end"/>
      </w:r>
      <w:bookmarkEnd w:id="5"/>
      <w:r w:rsidR="006526AB">
        <w:rPr>
          <w:sz w:val="22"/>
        </w:rPr>
        <w:t xml:space="preserve"> </w:t>
      </w:r>
      <w:r w:rsidR="006526AB">
        <w:rPr>
          <w:sz w:val="18"/>
        </w:rPr>
        <w:t>Alt-katholisch</w:t>
      </w:r>
    </w:p>
    <w:p w14:paraId="4429755B" w14:textId="6BE2BD7F" w:rsidR="005A0BAB" w:rsidRDefault="008B588E">
      <w:pPr>
        <w:spacing w:before="20" w:after="40" w:line="264" w:lineRule="auto"/>
        <w:ind w:left="288"/>
      </w:pPr>
      <w:r>
        <w:rPr>
          <w:sz w:val="22"/>
        </w:rPr>
        <w:fldChar w:fldCharType="begin">
          <w:ffData>
            <w:name w:val="Kontrollkästchen5"/>
            <w:enabled/>
            <w:calcOnExit w:val="0"/>
            <w:checkBox>
              <w:sizeAuto/>
              <w:default w:val="0"/>
            </w:checkBox>
          </w:ffData>
        </w:fldChar>
      </w:r>
      <w:bookmarkStart w:id="6" w:name="Kontrollkästchen5"/>
      <w:r>
        <w:rPr>
          <w:sz w:val="22"/>
        </w:rPr>
        <w:instrText xml:space="preserve"> FORMCHECKBOX </w:instrText>
      </w:r>
      <w:r w:rsidR="00FF5101">
        <w:rPr>
          <w:sz w:val="22"/>
        </w:rPr>
      </w:r>
      <w:r w:rsidR="00FF5101">
        <w:rPr>
          <w:sz w:val="22"/>
        </w:rPr>
        <w:fldChar w:fldCharType="separate"/>
      </w:r>
      <w:r>
        <w:rPr>
          <w:sz w:val="22"/>
        </w:rPr>
        <w:fldChar w:fldCharType="end"/>
      </w:r>
      <w:bookmarkEnd w:id="6"/>
      <w:r w:rsidR="006526AB">
        <w:rPr>
          <w:sz w:val="22"/>
        </w:rPr>
        <w:t xml:space="preserve"> </w:t>
      </w:r>
      <w:r w:rsidR="006526AB">
        <w:rPr>
          <w:sz w:val="18"/>
        </w:rPr>
        <w:t>Islamisch sunnitischer Prägung</w:t>
      </w:r>
    </w:p>
    <w:p w14:paraId="0587F31D" w14:textId="1F366305" w:rsidR="005A0BAB" w:rsidRDefault="008B588E">
      <w:pPr>
        <w:spacing w:before="20" w:after="40" w:line="264" w:lineRule="auto"/>
        <w:ind w:left="288"/>
      </w:pPr>
      <w:r>
        <w:rPr>
          <w:sz w:val="22"/>
        </w:rPr>
        <w:fldChar w:fldCharType="begin">
          <w:ffData>
            <w:name w:val="Kontrollkästchen6"/>
            <w:enabled/>
            <w:calcOnExit w:val="0"/>
            <w:checkBox>
              <w:sizeAuto/>
              <w:default w:val="0"/>
            </w:checkBox>
          </w:ffData>
        </w:fldChar>
      </w:r>
      <w:bookmarkStart w:id="7" w:name="Kontrollkästchen6"/>
      <w:r>
        <w:rPr>
          <w:sz w:val="22"/>
        </w:rPr>
        <w:instrText xml:space="preserve"> FORMCHECKBOX </w:instrText>
      </w:r>
      <w:r w:rsidR="00FF5101">
        <w:rPr>
          <w:sz w:val="22"/>
        </w:rPr>
      </w:r>
      <w:r w:rsidR="00FF5101">
        <w:rPr>
          <w:sz w:val="22"/>
        </w:rPr>
        <w:fldChar w:fldCharType="separate"/>
      </w:r>
      <w:r>
        <w:rPr>
          <w:sz w:val="22"/>
        </w:rPr>
        <w:fldChar w:fldCharType="end"/>
      </w:r>
      <w:bookmarkEnd w:id="7"/>
      <w:r w:rsidR="006526AB">
        <w:rPr>
          <w:sz w:val="22"/>
        </w:rPr>
        <w:t xml:space="preserve"> </w:t>
      </w:r>
      <w:r w:rsidR="006526AB">
        <w:rPr>
          <w:sz w:val="18"/>
        </w:rPr>
        <w:t>Jüdisch</w:t>
      </w:r>
    </w:p>
    <w:p w14:paraId="4B8644D9" w14:textId="75C86073" w:rsidR="005A0BAB" w:rsidRDefault="008B588E">
      <w:pPr>
        <w:spacing w:before="20" w:after="40" w:line="264" w:lineRule="auto"/>
        <w:ind w:left="288"/>
      </w:pPr>
      <w:r>
        <w:rPr>
          <w:sz w:val="22"/>
        </w:rPr>
        <w:fldChar w:fldCharType="begin">
          <w:ffData>
            <w:name w:val="Kontrollkästchen7"/>
            <w:enabled/>
            <w:calcOnExit w:val="0"/>
            <w:checkBox>
              <w:sizeAuto/>
              <w:default w:val="0"/>
            </w:checkBox>
          </w:ffData>
        </w:fldChar>
      </w:r>
      <w:bookmarkStart w:id="8" w:name="Kontrollkästchen7"/>
      <w:r>
        <w:rPr>
          <w:sz w:val="22"/>
        </w:rPr>
        <w:instrText xml:space="preserve"> FORMCHECKBOX </w:instrText>
      </w:r>
      <w:r w:rsidR="00FF5101">
        <w:rPr>
          <w:sz w:val="22"/>
        </w:rPr>
      </w:r>
      <w:r w:rsidR="00FF5101">
        <w:rPr>
          <w:sz w:val="22"/>
        </w:rPr>
        <w:fldChar w:fldCharType="separate"/>
      </w:r>
      <w:r>
        <w:rPr>
          <w:sz w:val="22"/>
        </w:rPr>
        <w:fldChar w:fldCharType="end"/>
      </w:r>
      <w:bookmarkEnd w:id="8"/>
      <w:r w:rsidR="006526AB">
        <w:rPr>
          <w:sz w:val="22"/>
        </w:rPr>
        <w:t xml:space="preserve"> </w:t>
      </w:r>
      <w:r w:rsidR="006526AB">
        <w:rPr>
          <w:sz w:val="18"/>
        </w:rPr>
        <w:t>Orthodox (bulgarisch-, georgisch-. russisch-, griechisch-, rumänisch-, serbisch-orthodox)</w:t>
      </w:r>
    </w:p>
    <w:p w14:paraId="790C2433" w14:textId="0AD4DEE7" w:rsidR="005A0BAB" w:rsidRDefault="008B588E">
      <w:pPr>
        <w:spacing w:before="20" w:after="40" w:line="264" w:lineRule="auto"/>
        <w:ind w:left="288"/>
      </w:pPr>
      <w:r>
        <w:rPr>
          <w:sz w:val="22"/>
        </w:rPr>
        <w:fldChar w:fldCharType="begin">
          <w:ffData>
            <w:name w:val="Kontrollkästchen8"/>
            <w:enabled/>
            <w:calcOnExit w:val="0"/>
            <w:checkBox>
              <w:sizeAuto/>
              <w:default w:val="0"/>
            </w:checkBox>
          </w:ffData>
        </w:fldChar>
      </w:r>
      <w:bookmarkStart w:id="9" w:name="Kontrollkästchen8"/>
      <w:r>
        <w:rPr>
          <w:sz w:val="22"/>
        </w:rPr>
        <w:instrText xml:space="preserve"> FORMCHECKBOX </w:instrText>
      </w:r>
      <w:r w:rsidR="00FF5101">
        <w:rPr>
          <w:sz w:val="22"/>
        </w:rPr>
      </w:r>
      <w:r w:rsidR="00FF5101">
        <w:rPr>
          <w:sz w:val="22"/>
        </w:rPr>
        <w:fldChar w:fldCharType="separate"/>
      </w:r>
      <w:r>
        <w:rPr>
          <w:sz w:val="22"/>
        </w:rPr>
        <w:fldChar w:fldCharType="end"/>
      </w:r>
      <w:bookmarkEnd w:id="9"/>
      <w:r w:rsidR="006526AB">
        <w:rPr>
          <w:sz w:val="22"/>
        </w:rPr>
        <w:t xml:space="preserve"> </w:t>
      </w:r>
      <w:r w:rsidR="006526AB">
        <w:rPr>
          <w:sz w:val="18"/>
        </w:rPr>
        <w:t>Syrisch-orthodox</w:t>
      </w:r>
    </w:p>
    <w:p w14:paraId="61D5C3E4" w14:textId="77777777" w:rsidR="005A0BAB" w:rsidRDefault="006526AB">
      <w:pPr>
        <w:spacing w:before="160" w:after="80"/>
      </w:pPr>
      <w:r>
        <w:rPr>
          <w:b/>
          <w:sz w:val="19"/>
        </w:rPr>
        <w:t>Wenn der Religionsunterricht der Religion (Konfession) meines / unseres Kindes an der Schule nicht eingerichtet werden kann, soll es an folgendem Unterricht teilnehmen:</w:t>
      </w:r>
    </w:p>
    <w:p w14:paraId="60C8FC56" w14:textId="74C7182F" w:rsidR="005A0BAB" w:rsidRDefault="008B588E">
      <w:pPr>
        <w:spacing w:before="20" w:after="40" w:line="264" w:lineRule="auto"/>
        <w:ind w:left="288"/>
      </w:pPr>
      <w:r>
        <w:rPr>
          <w:sz w:val="22"/>
        </w:rPr>
        <w:fldChar w:fldCharType="begin">
          <w:ffData>
            <w:name w:val="Kontrollkästchen9"/>
            <w:enabled/>
            <w:calcOnExit w:val="0"/>
            <w:checkBox>
              <w:sizeAuto/>
              <w:default w:val="0"/>
            </w:checkBox>
          </w:ffData>
        </w:fldChar>
      </w:r>
      <w:bookmarkStart w:id="10" w:name="Kontrollkästchen9"/>
      <w:r>
        <w:rPr>
          <w:sz w:val="22"/>
        </w:rPr>
        <w:instrText xml:space="preserve"> FORMCHECKBOX </w:instrText>
      </w:r>
      <w:r w:rsidR="00FF5101">
        <w:rPr>
          <w:sz w:val="22"/>
        </w:rPr>
      </w:r>
      <w:r w:rsidR="00FF5101">
        <w:rPr>
          <w:sz w:val="22"/>
        </w:rPr>
        <w:fldChar w:fldCharType="separate"/>
      </w:r>
      <w:r>
        <w:rPr>
          <w:sz w:val="22"/>
        </w:rPr>
        <w:fldChar w:fldCharType="end"/>
      </w:r>
      <w:bookmarkEnd w:id="10"/>
      <w:r w:rsidR="006526AB">
        <w:rPr>
          <w:sz w:val="22"/>
        </w:rPr>
        <w:t xml:space="preserve"> </w:t>
      </w:r>
      <w:r w:rsidR="006526AB">
        <w:rPr>
          <w:sz w:val="18"/>
        </w:rPr>
        <w:t>Evangelisch</w:t>
      </w:r>
    </w:p>
    <w:p w14:paraId="19854869" w14:textId="09DBED1C" w:rsidR="005A0BAB" w:rsidRDefault="008B588E">
      <w:pPr>
        <w:spacing w:before="20" w:after="40" w:line="264" w:lineRule="auto"/>
        <w:ind w:left="288"/>
      </w:pPr>
      <w:r>
        <w:rPr>
          <w:sz w:val="22"/>
        </w:rPr>
        <w:fldChar w:fldCharType="begin">
          <w:ffData>
            <w:name w:val="Kontrollkästchen10"/>
            <w:enabled/>
            <w:calcOnExit w:val="0"/>
            <w:checkBox>
              <w:sizeAuto/>
              <w:default w:val="0"/>
            </w:checkBox>
          </w:ffData>
        </w:fldChar>
      </w:r>
      <w:bookmarkStart w:id="11" w:name="Kontrollkästchen10"/>
      <w:r>
        <w:rPr>
          <w:sz w:val="22"/>
        </w:rPr>
        <w:instrText xml:space="preserve"> FORMCHECKBOX </w:instrText>
      </w:r>
      <w:r w:rsidR="00FF5101">
        <w:rPr>
          <w:sz w:val="22"/>
        </w:rPr>
      </w:r>
      <w:r w:rsidR="00FF5101">
        <w:rPr>
          <w:sz w:val="22"/>
        </w:rPr>
        <w:fldChar w:fldCharType="separate"/>
      </w:r>
      <w:r>
        <w:rPr>
          <w:sz w:val="22"/>
        </w:rPr>
        <w:fldChar w:fldCharType="end"/>
      </w:r>
      <w:bookmarkEnd w:id="11"/>
      <w:r w:rsidR="006526AB">
        <w:rPr>
          <w:sz w:val="22"/>
        </w:rPr>
        <w:t xml:space="preserve"> </w:t>
      </w:r>
      <w:r w:rsidR="006526AB">
        <w:rPr>
          <w:sz w:val="18"/>
        </w:rPr>
        <w:t>Römisch-katholisch</w:t>
      </w:r>
    </w:p>
    <w:p w14:paraId="29379D77" w14:textId="77777777" w:rsidR="005A0BAB" w:rsidRDefault="006526AB">
      <w:pPr>
        <w:spacing w:after="40"/>
        <w:ind w:left="648"/>
      </w:pPr>
      <w:r>
        <w:rPr>
          <w:sz w:val="16"/>
        </w:rPr>
        <w:t>(Der evangelische Religionsunterricht und der römisch-katholische Religionsunterricht sind in der Regel an allen Schulen eingerichtet.)</w:t>
      </w:r>
    </w:p>
    <w:p w14:paraId="55A0B658" w14:textId="40B58500" w:rsidR="005A0BAB" w:rsidRDefault="008B588E">
      <w:pPr>
        <w:spacing w:before="20" w:after="40" w:line="264" w:lineRule="auto"/>
        <w:ind w:left="288"/>
      </w:pPr>
      <w:r>
        <w:rPr>
          <w:sz w:val="22"/>
        </w:rPr>
        <w:fldChar w:fldCharType="begin">
          <w:ffData>
            <w:name w:val="Kontrollkästchen11"/>
            <w:enabled/>
            <w:calcOnExit w:val="0"/>
            <w:checkBox>
              <w:sizeAuto/>
              <w:default w:val="0"/>
            </w:checkBox>
          </w:ffData>
        </w:fldChar>
      </w:r>
      <w:bookmarkStart w:id="12" w:name="Kontrollkästchen11"/>
      <w:r>
        <w:rPr>
          <w:sz w:val="22"/>
        </w:rPr>
        <w:instrText xml:space="preserve"> FORMCHECKBOX </w:instrText>
      </w:r>
      <w:r w:rsidR="00FF5101">
        <w:rPr>
          <w:sz w:val="22"/>
        </w:rPr>
      </w:r>
      <w:r w:rsidR="00FF5101">
        <w:rPr>
          <w:sz w:val="22"/>
        </w:rPr>
        <w:fldChar w:fldCharType="separate"/>
      </w:r>
      <w:r>
        <w:rPr>
          <w:sz w:val="22"/>
        </w:rPr>
        <w:fldChar w:fldCharType="end"/>
      </w:r>
      <w:bookmarkEnd w:id="12"/>
      <w:r w:rsidR="006526AB">
        <w:rPr>
          <w:sz w:val="22"/>
        </w:rPr>
        <w:t xml:space="preserve"> </w:t>
      </w:r>
      <w:r w:rsidR="006526AB">
        <w:rPr>
          <w:sz w:val="18"/>
        </w:rPr>
        <w:t>Alevitisch</w:t>
      </w:r>
    </w:p>
    <w:p w14:paraId="11803F30" w14:textId="0D68D998" w:rsidR="005A0BAB" w:rsidRDefault="008B588E">
      <w:pPr>
        <w:spacing w:before="20" w:after="40" w:line="264" w:lineRule="auto"/>
        <w:ind w:left="288"/>
      </w:pPr>
      <w:r>
        <w:rPr>
          <w:sz w:val="22"/>
        </w:rPr>
        <w:fldChar w:fldCharType="begin">
          <w:ffData>
            <w:name w:val="Kontrollkästchen12"/>
            <w:enabled/>
            <w:calcOnExit w:val="0"/>
            <w:checkBox>
              <w:sizeAuto/>
              <w:default w:val="0"/>
            </w:checkBox>
          </w:ffData>
        </w:fldChar>
      </w:r>
      <w:bookmarkStart w:id="13" w:name="Kontrollkästchen12"/>
      <w:r>
        <w:rPr>
          <w:sz w:val="22"/>
        </w:rPr>
        <w:instrText xml:space="preserve"> FORMCHECKBOX </w:instrText>
      </w:r>
      <w:r w:rsidR="00FF5101">
        <w:rPr>
          <w:sz w:val="22"/>
        </w:rPr>
      </w:r>
      <w:r w:rsidR="00FF5101">
        <w:rPr>
          <w:sz w:val="22"/>
        </w:rPr>
        <w:fldChar w:fldCharType="separate"/>
      </w:r>
      <w:r>
        <w:rPr>
          <w:sz w:val="22"/>
        </w:rPr>
        <w:fldChar w:fldCharType="end"/>
      </w:r>
      <w:bookmarkEnd w:id="13"/>
      <w:r w:rsidR="006526AB">
        <w:rPr>
          <w:sz w:val="22"/>
        </w:rPr>
        <w:t xml:space="preserve"> </w:t>
      </w:r>
      <w:r w:rsidR="006526AB">
        <w:rPr>
          <w:sz w:val="18"/>
        </w:rPr>
        <w:t>Alt-katholisch</w:t>
      </w:r>
    </w:p>
    <w:p w14:paraId="0004D987" w14:textId="4863A310" w:rsidR="005A0BAB" w:rsidRDefault="008B588E">
      <w:pPr>
        <w:spacing w:before="20" w:after="40" w:line="264" w:lineRule="auto"/>
        <w:ind w:left="288"/>
      </w:pPr>
      <w:r>
        <w:rPr>
          <w:sz w:val="22"/>
        </w:rPr>
        <w:fldChar w:fldCharType="begin">
          <w:ffData>
            <w:name w:val="Kontrollkästchen13"/>
            <w:enabled/>
            <w:calcOnExit w:val="0"/>
            <w:checkBox>
              <w:sizeAuto/>
              <w:default w:val="0"/>
            </w:checkBox>
          </w:ffData>
        </w:fldChar>
      </w:r>
      <w:bookmarkStart w:id="14" w:name="Kontrollkästchen13"/>
      <w:r>
        <w:rPr>
          <w:sz w:val="22"/>
        </w:rPr>
        <w:instrText xml:space="preserve"> FORMCHECKBOX </w:instrText>
      </w:r>
      <w:r w:rsidR="00FF5101">
        <w:rPr>
          <w:sz w:val="22"/>
        </w:rPr>
      </w:r>
      <w:r w:rsidR="00FF5101">
        <w:rPr>
          <w:sz w:val="22"/>
        </w:rPr>
        <w:fldChar w:fldCharType="separate"/>
      </w:r>
      <w:r>
        <w:rPr>
          <w:sz w:val="22"/>
        </w:rPr>
        <w:fldChar w:fldCharType="end"/>
      </w:r>
      <w:bookmarkEnd w:id="14"/>
      <w:r w:rsidR="006526AB">
        <w:rPr>
          <w:sz w:val="22"/>
        </w:rPr>
        <w:t xml:space="preserve"> </w:t>
      </w:r>
      <w:r w:rsidR="006526AB">
        <w:rPr>
          <w:sz w:val="18"/>
        </w:rPr>
        <w:t>Islamisch sunnitischer Prägung</w:t>
      </w:r>
    </w:p>
    <w:p w14:paraId="5519AF4A" w14:textId="626C7712" w:rsidR="005A0BAB" w:rsidRDefault="008B588E">
      <w:pPr>
        <w:spacing w:before="20" w:after="40" w:line="264" w:lineRule="auto"/>
        <w:ind w:left="288"/>
      </w:pPr>
      <w:r>
        <w:rPr>
          <w:sz w:val="22"/>
        </w:rPr>
        <w:fldChar w:fldCharType="begin">
          <w:ffData>
            <w:name w:val="Kontrollkästchen14"/>
            <w:enabled/>
            <w:calcOnExit w:val="0"/>
            <w:checkBox>
              <w:sizeAuto/>
              <w:default w:val="0"/>
            </w:checkBox>
          </w:ffData>
        </w:fldChar>
      </w:r>
      <w:bookmarkStart w:id="15" w:name="Kontrollkästchen14"/>
      <w:r>
        <w:rPr>
          <w:sz w:val="22"/>
        </w:rPr>
        <w:instrText xml:space="preserve"> FORMCHECKBOX </w:instrText>
      </w:r>
      <w:r w:rsidR="00FF5101">
        <w:rPr>
          <w:sz w:val="22"/>
        </w:rPr>
      </w:r>
      <w:r w:rsidR="00FF5101">
        <w:rPr>
          <w:sz w:val="22"/>
        </w:rPr>
        <w:fldChar w:fldCharType="separate"/>
      </w:r>
      <w:r>
        <w:rPr>
          <w:sz w:val="22"/>
        </w:rPr>
        <w:fldChar w:fldCharType="end"/>
      </w:r>
      <w:bookmarkEnd w:id="15"/>
      <w:r w:rsidR="006526AB">
        <w:rPr>
          <w:sz w:val="22"/>
        </w:rPr>
        <w:t xml:space="preserve"> </w:t>
      </w:r>
      <w:r w:rsidR="006526AB">
        <w:rPr>
          <w:sz w:val="18"/>
        </w:rPr>
        <w:t>Jüdisch</w:t>
      </w:r>
    </w:p>
    <w:p w14:paraId="556679E8" w14:textId="2C3F9F7C" w:rsidR="005A0BAB" w:rsidRDefault="008B588E">
      <w:pPr>
        <w:spacing w:before="20" w:after="40" w:line="264" w:lineRule="auto"/>
        <w:ind w:left="288"/>
      </w:pPr>
      <w:r>
        <w:rPr>
          <w:sz w:val="22"/>
        </w:rPr>
        <w:fldChar w:fldCharType="begin">
          <w:ffData>
            <w:name w:val="Kontrollkästchen15"/>
            <w:enabled/>
            <w:calcOnExit w:val="0"/>
            <w:checkBox>
              <w:sizeAuto/>
              <w:default w:val="0"/>
            </w:checkBox>
          </w:ffData>
        </w:fldChar>
      </w:r>
      <w:bookmarkStart w:id="16" w:name="Kontrollkästchen15"/>
      <w:r>
        <w:rPr>
          <w:sz w:val="22"/>
        </w:rPr>
        <w:instrText xml:space="preserve"> FORMCHECKBOX </w:instrText>
      </w:r>
      <w:r w:rsidR="00FF5101">
        <w:rPr>
          <w:sz w:val="22"/>
        </w:rPr>
      </w:r>
      <w:r w:rsidR="00FF5101">
        <w:rPr>
          <w:sz w:val="22"/>
        </w:rPr>
        <w:fldChar w:fldCharType="separate"/>
      </w:r>
      <w:r>
        <w:rPr>
          <w:sz w:val="22"/>
        </w:rPr>
        <w:fldChar w:fldCharType="end"/>
      </w:r>
      <w:bookmarkEnd w:id="16"/>
      <w:r w:rsidR="006526AB">
        <w:rPr>
          <w:sz w:val="22"/>
        </w:rPr>
        <w:t xml:space="preserve"> </w:t>
      </w:r>
      <w:r w:rsidR="006526AB">
        <w:rPr>
          <w:sz w:val="18"/>
        </w:rPr>
        <w:t>Orthodox (bulgarisch-, georgisch-. russisch-, griechisch-, rumänisch-, serbisch-orthodox)</w:t>
      </w:r>
    </w:p>
    <w:p w14:paraId="575FA0AE" w14:textId="276FF74C" w:rsidR="005A0BAB" w:rsidRDefault="008B588E">
      <w:pPr>
        <w:spacing w:before="20" w:after="40" w:line="264" w:lineRule="auto"/>
        <w:ind w:left="288"/>
      </w:pPr>
      <w:r>
        <w:rPr>
          <w:sz w:val="22"/>
        </w:rPr>
        <w:fldChar w:fldCharType="begin">
          <w:ffData>
            <w:name w:val="Kontrollkästchen16"/>
            <w:enabled/>
            <w:calcOnExit w:val="0"/>
            <w:checkBox>
              <w:sizeAuto/>
              <w:default w:val="0"/>
            </w:checkBox>
          </w:ffData>
        </w:fldChar>
      </w:r>
      <w:bookmarkStart w:id="17" w:name="Kontrollkästchen16"/>
      <w:r>
        <w:rPr>
          <w:sz w:val="22"/>
        </w:rPr>
        <w:instrText xml:space="preserve"> FORMCHECKBOX </w:instrText>
      </w:r>
      <w:r w:rsidR="00FF5101">
        <w:rPr>
          <w:sz w:val="22"/>
        </w:rPr>
      </w:r>
      <w:r w:rsidR="00FF5101">
        <w:rPr>
          <w:sz w:val="22"/>
        </w:rPr>
        <w:fldChar w:fldCharType="separate"/>
      </w:r>
      <w:r>
        <w:rPr>
          <w:sz w:val="22"/>
        </w:rPr>
        <w:fldChar w:fldCharType="end"/>
      </w:r>
      <w:bookmarkEnd w:id="17"/>
      <w:r w:rsidR="006526AB">
        <w:rPr>
          <w:sz w:val="22"/>
        </w:rPr>
        <w:t xml:space="preserve"> </w:t>
      </w:r>
      <w:r w:rsidR="006526AB">
        <w:rPr>
          <w:sz w:val="18"/>
        </w:rPr>
        <w:t>Syrisch-orthodox</w:t>
      </w:r>
    </w:p>
    <w:p w14:paraId="0AA42687" w14:textId="09B1EAC7" w:rsidR="005A0BAB" w:rsidRDefault="008B588E">
      <w:pPr>
        <w:spacing w:before="20" w:after="40" w:line="264" w:lineRule="auto"/>
        <w:ind w:left="288"/>
      </w:pPr>
      <w:r>
        <w:rPr>
          <w:sz w:val="22"/>
        </w:rPr>
        <w:fldChar w:fldCharType="begin">
          <w:ffData>
            <w:name w:val="Kontrollkästchen17"/>
            <w:enabled/>
            <w:calcOnExit w:val="0"/>
            <w:checkBox>
              <w:sizeAuto/>
              <w:default w:val="0"/>
            </w:checkBox>
          </w:ffData>
        </w:fldChar>
      </w:r>
      <w:bookmarkStart w:id="18" w:name="Kontrollkästchen17"/>
      <w:r>
        <w:rPr>
          <w:sz w:val="22"/>
        </w:rPr>
        <w:instrText xml:space="preserve"> FORMCHECKBOX </w:instrText>
      </w:r>
      <w:r w:rsidR="00FF5101">
        <w:rPr>
          <w:sz w:val="22"/>
        </w:rPr>
      </w:r>
      <w:r w:rsidR="00FF5101">
        <w:rPr>
          <w:sz w:val="22"/>
        </w:rPr>
        <w:fldChar w:fldCharType="separate"/>
      </w:r>
      <w:r>
        <w:rPr>
          <w:sz w:val="22"/>
        </w:rPr>
        <w:fldChar w:fldCharType="end"/>
      </w:r>
      <w:bookmarkEnd w:id="18"/>
      <w:r w:rsidR="006526AB">
        <w:rPr>
          <w:sz w:val="22"/>
        </w:rPr>
        <w:t xml:space="preserve"> </w:t>
      </w:r>
      <w:r w:rsidR="006526AB">
        <w:rPr>
          <w:sz w:val="18"/>
        </w:rPr>
        <w:t>an keinem Religionsunterricht (dann besteht die Pflicht zur Teilnahme am Ethikunterricht)</w:t>
      </w:r>
    </w:p>
    <w:p w14:paraId="5666D16C" w14:textId="77777777" w:rsidR="005A0BAB" w:rsidRDefault="006526AB">
      <w:pPr>
        <w:spacing w:before="160" w:after="80"/>
      </w:pPr>
      <w:r>
        <w:rPr>
          <w:b/>
          <w:sz w:val="19"/>
        </w:rPr>
        <w:t>Mein / unser Kind gehört keiner oben aufgeführten Religionen (Konfessionen) an und soll an folgendem Unterricht teilnehmen:</w:t>
      </w:r>
    </w:p>
    <w:p w14:paraId="417D07E8" w14:textId="32EFD245" w:rsidR="005A0BAB" w:rsidRDefault="008B588E">
      <w:pPr>
        <w:spacing w:before="20" w:after="40" w:line="264" w:lineRule="auto"/>
        <w:ind w:left="288"/>
      </w:pPr>
      <w:r>
        <w:rPr>
          <w:sz w:val="22"/>
        </w:rPr>
        <w:fldChar w:fldCharType="begin">
          <w:ffData>
            <w:name w:val="Kontrollkästchen18"/>
            <w:enabled/>
            <w:calcOnExit w:val="0"/>
            <w:checkBox>
              <w:sizeAuto/>
              <w:default w:val="0"/>
            </w:checkBox>
          </w:ffData>
        </w:fldChar>
      </w:r>
      <w:bookmarkStart w:id="19" w:name="Kontrollkästchen18"/>
      <w:r>
        <w:rPr>
          <w:sz w:val="22"/>
        </w:rPr>
        <w:instrText xml:space="preserve"> FORMCHECKBOX </w:instrText>
      </w:r>
      <w:r w:rsidR="00FF5101">
        <w:rPr>
          <w:sz w:val="22"/>
        </w:rPr>
      </w:r>
      <w:r w:rsidR="00FF5101">
        <w:rPr>
          <w:sz w:val="22"/>
        </w:rPr>
        <w:fldChar w:fldCharType="separate"/>
      </w:r>
      <w:r>
        <w:rPr>
          <w:sz w:val="22"/>
        </w:rPr>
        <w:fldChar w:fldCharType="end"/>
      </w:r>
      <w:bookmarkEnd w:id="19"/>
      <w:r w:rsidR="006526AB">
        <w:rPr>
          <w:sz w:val="22"/>
        </w:rPr>
        <w:t xml:space="preserve"> </w:t>
      </w:r>
      <w:r w:rsidR="006526AB">
        <w:rPr>
          <w:sz w:val="18"/>
        </w:rPr>
        <w:t>Evangelisch</w:t>
      </w:r>
    </w:p>
    <w:p w14:paraId="74A529CB" w14:textId="54DCBBC8" w:rsidR="005A0BAB" w:rsidRDefault="008B588E">
      <w:pPr>
        <w:spacing w:before="20" w:after="40" w:line="264" w:lineRule="auto"/>
        <w:ind w:left="288"/>
      </w:pPr>
      <w:r>
        <w:rPr>
          <w:sz w:val="22"/>
        </w:rPr>
        <w:fldChar w:fldCharType="begin">
          <w:ffData>
            <w:name w:val="Kontrollkästchen19"/>
            <w:enabled/>
            <w:calcOnExit w:val="0"/>
            <w:checkBox>
              <w:sizeAuto/>
              <w:default w:val="0"/>
            </w:checkBox>
          </w:ffData>
        </w:fldChar>
      </w:r>
      <w:bookmarkStart w:id="20" w:name="Kontrollkästchen19"/>
      <w:r>
        <w:rPr>
          <w:sz w:val="22"/>
        </w:rPr>
        <w:instrText xml:space="preserve"> FORMCHECKBOX </w:instrText>
      </w:r>
      <w:r w:rsidR="00FF5101">
        <w:rPr>
          <w:sz w:val="22"/>
        </w:rPr>
      </w:r>
      <w:r w:rsidR="00FF5101">
        <w:rPr>
          <w:sz w:val="22"/>
        </w:rPr>
        <w:fldChar w:fldCharType="separate"/>
      </w:r>
      <w:r>
        <w:rPr>
          <w:sz w:val="22"/>
        </w:rPr>
        <w:fldChar w:fldCharType="end"/>
      </w:r>
      <w:bookmarkEnd w:id="20"/>
      <w:r w:rsidR="006526AB">
        <w:rPr>
          <w:sz w:val="22"/>
        </w:rPr>
        <w:t xml:space="preserve"> </w:t>
      </w:r>
      <w:r w:rsidR="006526AB">
        <w:rPr>
          <w:sz w:val="18"/>
        </w:rPr>
        <w:t>Römisch-katholisch</w:t>
      </w:r>
    </w:p>
    <w:p w14:paraId="7F413AC4" w14:textId="77777777" w:rsidR="005A0BAB" w:rsidRDefault="006526AB">
      <w:pPr>
        <w:spacing w:after="40"/>
        <w:ind w:left="648"/>
      </w:pPr>
      <w:r>
        <w:rPr>
          <w:sz w:val="16"/>
        </w:rPr>
        <w:t>(Der evangelische Religionsunterricht und der römisch-katholische Religionsunterricht sind in der Regel an allen Schulen eingerichtet.)</w:t>
      </w:r>
    </w:p>
    <w:p w14:paraId="0478724F" w14:textId="21BD9645" w:rsidR="005A0BAB" w:rsidRDefault="008B588E">
      <w:pPr>
        <w:spacing w:before="20" w:after="40" w:line="264" w:lineRule="auto"/>
        <w:ind w:left="288"/>
      </w:pPr>
      <w:r>
        <w:rPr>
          <w:sz w:val="22"/>
        </w:rPr>
        <w:fldChar w:fldCharType="begin">
          <w:ffData>
            <w:name w:val="Kontrollkästchen20"/>
            <w:enabled/>
            <w:calcOnExit w:val="0"/>
            <w:checkBox>
              <w:sizeAuto/>
              <w:default w:val="0"/>
            </w:checkBox>
          </w:ffData>
        </w:fldChar>
      </w:r>
      <w:bookmarkStart w:id="21" w:name="Kontrollkästchen20"/>
      <w:r>
        <w:rPr>
          <w:sz w:val="22"/>
        </w:rPr>
        <w:instrText xml:space="preserve"> FORMCHECKBOX </w:instrText>
      </w:r>
      <w:r w:rsidR="00FF5101">
        <w:rPr>
          <w:sz w:val="22"/>
        </w:rPr>
      </w:r>
      <w:r w:rsidR="00FF5101">
        <w:rPr>
          <w:sz w:val="22"/>
        </w:rPr>
        <w:fldChar w:fldCharType="separate"/>
      </w:r>
      <w:r>
        <w:rPr>
          <w:sz w:val="22"/>
        </w:rPr>
        <w:fldChar w:fldCharType="end"/>
      </w:r>
      <w:bookmarkEnd w:id="21"/>
      <w:r w:rsidR="006526AB">
        <w:rPr>
          <w:sz w:val="22"/>
        </w:rPr>
        <w:t xml:space="preserve"> </w:t>
      </w:r>
      <w:r w:rsidR="006526AB">
        <w:rPr>
          <w:sz w:val="18"/>
        </w:rPr>
        <w:t>Alevitisch</w:t>
      </w:r>
    </w:p>
    <w:p w14:paraId="1BC5F2FB" w14:textId="544C3D75" w:rsidR="005A0BAB" w:rsidRDefault="008B588E">
      <w:pPr>
        <w:spacing w:before="20" w:after="40" w:line="264" w:lineRule="auto"/>
        <w:ind w:left="288"/>
      </w:pPr>
      <w:r>
        <w:rPr>
          <w:sz w:val="22"/>
        </w:rPr>
        <w:fldChar w:fldCharType="begin">
          <w:ffData>
            <w:name w:val="Kontrollkästchen21"/>
            <w:enabled/>
            <w:calcOnExit w:val="0"/>
            <w:checkBox>
              <w:sizeAuto/>
              <w:default w:val="0"/>
            </w:checkBox>
          </w:ffData>
        </w:fldChar>
      </w:r>
      <w:bookmarkStart w:id="22" w:name="Kontrollkästchen21"/>
      <w:r>
        <w:rPr>
          <w:sz w:val="22"/>
        </w:rPr>
        <w:instrText xml:space="preserve"> FORMCHECKBOX </w:instrText>
      </w:r>
      <w:r w:rsidR="00FF5101">
        <w:rPr>
          <w:sz w:val="22"/>
        </w:rPr>
      </w:r>
      <w:r w:rsidR="00FF5101">
        <w:rPr>
          <w:sz w:val="22"/>
        </w:rPr>
        <w:fldChar w:fldCharType="separate"/>
      </w:r>
      <w:r>
        <w:rPr>
          <w:sz w:val="22"/>
        </w:rPr>
        <w:fldChar w:fldCharType="end"/>
      </w:r>
      <w:bookmarkEnd w:id="22"/>
      <w:r w:rsidR="006526AB">
        <w:rPr>
          <w:sz w:val="22"/>
        </w:rPr>
        <w:t xml:space="preserve"> </w:t>
      </w:r>
      <w:r w:rsidR="006526AB">
        <w:rPr>
          <w:sz w:val="18"/>
        </w:rPr>
        <w:t>Alt-katholisch</w:t>
      </w:r>
    </w:p>
    <w:p w14:paraId="14073617" w14:textId="6722ED93" w:rsidR="005A0BAB" w:rsidRDefault="008B588E">
      <w:pPr>
        <w:spacing w:before="20" w:after="40" w:line="264" w:lineRule="auto"/>
        <w:ind w:left="288"/>
      </w:pPr>
      <w:r>
        <w:rPr>
          <w:sz w:val="22"/>
        </w:rPr>
        <w:fldChar w:fldCharType="begin">
          <w:ffData>
            <w:name w:val="Kontrollkästchen22"/>
            <w:enabled/>
            <w:calcOnExit w:val="0"/>
            <w:checkBox>
              <w:sizeAuto/>
              <w:default w:val="0"/>
            </w:checkBox>
          </w:ffData>
        </w:fldChar>
      </w:r>
      <w:bookmarkStart w:id="23" w:name="Kontrollkästchen22"/>
      <w:r>
        <w:rPr>
          <w:sz w:val="22"/>
        </w:rPr>
        <w:instrText xml:space="preserve"> FORMCHECKBOX </w:instrText>
      </w:r>
      <w:r w:rsidR="00FF5101">
        <w:rPr>
          <w:sz w:val="22"/>
        </w:rPr>
      </w:r>
      <w:r w:rsidR="00FF5101">
        <w:rPr>
          <w:sz w:val="22"/>
        </w:rPr>
        <w:fldChar w:fldCharType="separate"/>
      </w:r>
      <w:r>
        <w:rPr>
          <w:sz w:val="22"/>
        </w:rPr>
        <w:fldChar w:fldCharType="end"/>
      </w:r>
      <w:bookmarkEnd w:id="23"/>
      <w:r w:rsidR="006526AB">
        <w:rPr>
          <w:sz w:val="22"/>
        </w:rPr>
        <w:t xml:space="preserve"> </w:t>
      </w:r>
      <w:r w:rsidR="006526AB">
        <w:rPr>
          <w:sz w:val="18"/>
        </w:rPr>
        <w:t>Islamisch sunnitischer Prägung</w:t>
      </w:r>
    </w:p>
    <w:p w14:paraId="73B2DEF4" w14:textId="5B4D6D7D" w:rsidR="005A0BAB" w:rsidRDefault="008B588E">
      <w:pPr>
        <w:spacing w:before="20" w:after="40" w:line="264" w:lineRule="auto"/>
        <w:ind w:left="288"/>
      </w:pPr>
      <w:r>
        <w:rPr>
          <w:sz w:val="22"/>
        </w:rPr>
        <w:fldChar w:fldCharType="begin">
          <w:ffData>
            <w:name w:val="Kontrollkästchen23"/>
            <w:enabled/>
            <w:calcOnExit w:val="0"/>
            <w:checkBox>
              <w:sizeAuto/>
              <w:default w:val="0"/>
            </w:checkBox>
          </w:ffData>
        </w:fldChar>
      </w:r>
      <w:bookmarkStart w:id="24" w:name="Kontrollkästchen23"/>
      <w:r>
        <w:rPr>
          <w:sz w:val="22"/>
        </w:rPr>
        <w:instrText xml:space="preserve"> FORMCHECKBOX </w:instrText>
      </w:r>
      <w:r w:rsidR="00FF5101">
        <w:rPr>
          <w:sz w:val="22"/>
        </w:rPr>
      </w:r>
      <w:r w:rsidR="00FF5101">
        <w:rPr>
          <w:sz w:val="22"/>
        </w:rPr>
        <w:fldChar w:fldCharType="separate"/>
      </w:r>
      <w:r>
        <w:rPr>
          <w:sz w:val="22"/>
        </w:rPr>
        <w:fldChar w:fldCharType="end"/>
      </w:r>
      <w:bookmarkEnd w:id="24"/>
      <w:r w:rsidR="006526AB">
        <w:rPr>
          <w:sz w:val="22"/>
        </w:rPr>
        <w:t xml:space="preserve"> </w:t>
      </w:r>
      <w:r w:rsidR="006526AB">
        <w:rPr>
          <w:sz w:val="18"/>
        </w:rPr>
        <w:t>Jüdisch</w:t>
      </w:r>
    </w:p>
    <w:p w14:paraId="3020253C" w14:textId="67D81CA1" w:rsidR="005A0BAB" w:rsidRDefault="008B588E">
      <w:pPr>
        <w:spacing w:before="20" w:after="40" w:line="264" w:lineRule="auto"/>
        <w:ind w:left="288"/>
      </w:pPr>
      <w:r>
        <w:rPr>
          <w:sz w:val="22"/>
        </w:rPr>
        <w:fldChar w:fldCharType="begin">
          <w:ffData>
            <w:name w:val="Kontrollkästchen24"/>
            <w:enabled/>
            <w:calcOnExit w:val="0"/>
            <w:checkBox>
              <w:sizeAuto/>
              <w:default w:val="0"/>
            </w:checkBox>
          </w:ffData>
        </w:fldChar>
      </w:r>
      <w:bookmarkStart w:id="25" w:name="Kontrollkästchen24"/>
      <w:r>
        <w:rPr>
          <w:sz w:val="22"/>
        </w:rPr>
        <w:instrText xml:space="preserve"> FORMCHECKBOX </w:instrText>
      </w:r>
      <w:r w:rsidR="00FF5101">
        <w:rPr>
          <w:sz w:val="22"/>
        </w:rPr>
      </w:r>
      <w:r w:rsidR="00FF5101">
        <w:rPr>
          <w:sz w:val="22"/>
        </w:rPr>
        <w:fldChar w:fldCharType="separate"/>
      </w:r>
      <w:r>
        <w:rPr>
          <w:sz w:val="22"/>
        </w:rPr>
        <w:fldChar w:fldCharType="end"/>
      </w:r>
      <w:bookmarkEnd w:id="25"/>
      <w:r w:rsidR="006526AB">
        <w:rPr>
          <w:sz w:val="22"/>
        </w:rPr>
        <w:t xml:space="preserve"> </w:t>
      </w:r>
      <w:r w:rsidR="006526AB">
        <w:rPr>
          <w:sz w:val="18"/>
        </w:rPr>
        <w:t>Orthodox (bulgarisch-, georgisch-. russisch-, griechisch-, rumänisch-, serbisch-orthodox)</w:t>
      </w:r>
    </w:p>
    <w:p w14:paraId="5C414C88" w14:textId="61456999" w:rsidR="005A0BAB" w:rsidRDefault="008B588E">
      <w:pPr>
        <w:spacing w:before="20" w:after="40" w:line="264" w:lineRule="auto"/>
        <w:ind w:left="288"/>
      </w:pPr>
      <w:r>
        <w:rPr>
          <w:sz w:val="22"/>
        </w:rPr>
        <w:fldChar w:fldCharType="begin">
          <w:ffData>
            <w:name w:val="Kontrollkästchen25"/>
            <w:enabled/>
            <w:calcOnExit w:val="0"/>
            <w:checkBox>
              <w:sizeAuto/>
              <w:default w:val="0"/>
            </w:checkBox>
          </w:ffData>
        </w:fldChar>
      </w:r>
      <w:bookmarkStart w:id="26" w:name="Kontrollkästchen25"/>
      <w:r>
        <w:rPr>
          <w:sz w:val="22"/>
        </w:rPr>
        <w:instrText xml:space="preserve"> FORMCHECKBOX </w:instrText>
      </w:r>
      <w:r w:rsidR="00FF5101">
        <w:rPr>
          <w:sz w:val="22"/>
        </w:rPr>
      </w:r>
      <w:r w:rsidR="00FF5101">
        <w:rPr>
          <w:sz w:val="22"/>
        </w:rPr>
        <w:fldChar w:fldCharType="separate"/>
      </w:r>
      <w:r>
        <w:rPr>
          <w:sz w:val="22"/>
        </w:rPr>
        <w:fldChar w:fldCharType="end"/>
      </w:r>
      <w:bookmarkEnd w:id="26"/>
      <w:r w:rsidR="006526AB">
        <w:rPr>
          <w:sz w:val="22"/>
        </w:rPr>
        <w:t xml:space="preserve"> </w:t>
      </w:r>
      <w:r w:rsidR="006526AB">
        <w:rPr>
          <w:sz w:val="18"/>
        </w:rPr>
        <w:t>Syrisch-orthodox</w:t>
      </w:r>
    </w:p>
    <w:p w14:paraId="3EA16E2B" w14:textId="455ABBE4" w:rsidR="005A0BAB" w:rsidRDefault="008B588E" w:rsidP="008B588E">
      <w:pPr>
        <w:spacing w:before="20" w:after="40" w:line="264" w:lineRule="auto"/>
        <w:ind w:left="288"/>
        <w:rPr>
          <w:sz w:val="18"/>
        </w:rPr>
      </w:pPr>
      <w:r>
        <w:rPr>
          <w:sz w:val="22"/>
        </w:rPr>
        <w:fldChar w:fldCharType="begin">
          <w:ffData>
            <w:name w:val="Kontrollkästchen26"/>
            <w:enabled/>
            <w:calcOnExit w:val="0"/>
            <w:checkBox>
              <w:sizeAuto/>
              <w:default w:val="0"/>
            </w:checkBox>
          </w:ffData>
        </w:fldChar>
      </w:r>
      <w:bookmarkStart w:id="27" w:name="Kontrollkästchen26"/>
      <w:r>
        <w:rPr>
          <w:sz w:val="22"/>
        </w:rPr>
        <w:instrText xml:space="preserve"> FORMCHECKBOX </w:instrText>
      </w:r>
      <w:r w:rsidR="00FF5101">
        <w:rPr>
          <w:sz w:val="22"/>
        </w:rPr>
      </w:r>
      <w:r w:rsidR="00FF5101">
        <w:rPr>
          <w:sz w:val="22"/>
        </w:rPr>
        <w:fldChar w:fldCharType="separate"/>
      </w:r>
      <w:r>
        <w:rPr>
          <w:sz w:val="22"/>
        </w:rPr>
        <w:fldChar w:fldCharType="end"/>
      </w:r>
      <w:bookmarkEnd w:id="27"/>
      <w:r w:rsidR="006526AB">
        <w:rPr>
          <w:sz w:val="22"/>
        </w:rPr>
        <w:t xml:space="preserve"> </w:t>
      </w:r>
      <w:proofErr w:type="gramStart"/>
      <w:r w:rsidR="006526AB">
        <w:rPr>
          <w:sz w:val="18"/>
        </w:rPr>
        <w:t>an</w:t>
      </w:r>
      <w:proofErr w:type="gramEnd"/>
      <w:r w:rsidR="006526AB">
        <w:rPr>
          <w:sz w:val="18"/>
        </w:rPr>
        <w:t xml:space="preserve"> keinem Religionsunterricht (dann besteht die Pflicht zur Teilnahme am Ethikunterricht)</w:t>
      </w:r>
    </w:p>
    <w:p w14:paraId="13CAED20" w14:textId="77777777" w:rsidR="008B588E" w:rsidRDefault="008B588E" w:rsidP="008B588E">
      <w:pPr>
        <w:spacing w:before="20" w:after="40" w:line="264" w:lineRule="auto"/>
        <w:ind w:left="288"/>
        <w:rPr>
          <w:sz w:val="18"/>
        </w:rPr>
      </w:pPr>
    </w:p>
    <w:p w14:paraId="6A876AC7" w14:textId="30781614" w:rsidR="008B588E" w:rsidRDefault="008B588E" w:rsidP="008B588E">
      <w:pPr>
        <w:spacing w:before="20" w:after="40" w:line="264" w:lineRule="auto"/>
        <w:ind w:left="288"/>
      </w:pPr>
      <w:r>
        <w:fldChar w:fldCharType="begin">
          <w:ffData>
            <w:name w:val="Text3"/>
            <w:enabled/>
            <w:calcOnExit w:val="0"/>
            <w:textInput/>
          </w:ffData>
        </w:fldChar>
      </w:r>
      <w:bookmarkStart w:id="28"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bl>
      <w:tblPr>
        <w:tblW w:w="0" w:type="auto"/>
        <w:jc w:val="center"/>
        <w:tblLayout w:type="fixed"/>
        <w:tblLook w:val="04A0" w:firstRow="1" w:lastRow="0" w:firstColumn="1" w:lastColumn="0" w:noHBand="0" w:noVBand="1"/>
      </w:tblPr>
      <w:tblGrid>
        <w:gridCol w:w="4608"/>
        <w:gridCol w:w="5040"/>
      </w:tblGrid>
      <w:tr w:rsidR="005A0BAB" w14:paraId="2DB37F0B" w14:textId="77777777">
        <w:trPr>
          <w:jc w:val="center"/>
        </w:trPr>
        <w:tc>
          <w:tcPr>
            <w:tcW w:w="4608" w:type="dxa"/>
            <w:tcBorders>
              <w:top w:val="single" w:sz="6" w:space="0" w:color="000000"/>
            </w:tcBorders>
          </w:tcPr>
          <w:p w14:paraId="520C4954" w14:textId="77777777" w:rsidR="005A0BAB" w:rsidRDefault="006526AB">
            <w:pPr>
              <w:spacing w:before="40"/>
            </w:pPr>
            <w:r>
              <w:rPr>
                <w:sz w:val="17"/>
              </w:rPr>
              <w:t>Ort, Datum</w:t>
            </w:r>
          </w:p>
        </w:tc>
        <w:tc>
          <w:tcPr>
            <w:tcW w:w="5040" w:type="dxa"/>
            <w:tcBorders>
              <w:top w:val="single" w:sz="6" w:space="0" w:color="000000"/>
            </w:tcBorders>
          </w:tcPr>
          <w:p w14:paraId="3C65EFF6" w14:textId="77777777" w:rsidR="005A0BAB" w:rsidRDefault="006526AB">
            <w:pPr>
              <w:spacing w:before="40"/>
            </w:pPr>
            <w:r>
              <w:rPr>
                <w:sz w:val="17"/>
              </w:rPr>
              <w:t>Unterschrift der / des Erziehungsberechtigten</w:t>
            </w:r>
          </w:p>
        </w:tc>
      </w:tr>
    </w:tbl>
    <w:p w14:paraId="5A1D9832" w14:textId="77777777" w:rsidR="005A0BAB" w:rsidRDefault="006526AB">
      <w:r>
        <w:br w:type="page"/>
      </w:r>
    </w:p>
    <w:p w14:paraId="3C648FC7" w14:textId="77777777" w:rsidR="005A0BAB" w:rsidRDefault="006526AB">
      <w:pPr>
        <w:spacing w:before="120" w:after="80"/>
      </w:pPr>
      <w:r>
        <w:rPr>
          <w:b/>
          <w:sz w:val="24"/>
          <w:u w:val="single"/>
        </w:rPr>
        <w:lastRenderedPageBreak/>
        <w:t>Einwilligung in die Weitergabe des Namens</w:t>
      </w:r>
    </w:p>
    <w:p w14:paraId="78ECA86C" w14:textId="77777777" w:rsidR="005A0BAB" w:rsidRDefault="006526AB">
      <w:pPr>
        <w:spacing w:before="160" w:after="240"/>
      </w:pPr>
      <w:r>
        <w:rPr>
          <w:b/>
        </w:rPr>
        <w:t xml:space="preserve">Wichtig: </w:t>
      </w:r>
      <w:r>
        <w:t>Die Einwilligung in die Weitergabe des Namens erfolgt bis zur Vollendung des 16. Lebensjahres durch den oder die Erziehungsberechtigten. Mit der Vollendung des 16. Lebensjahres erklärt die Schülerin oder der Schüler die Einwilligung selbst.</w:t>
      </w:r>
    </w:p>
    <w:p w14:paraId="2A061CFD" w14:textId="77777777" w:rsidR="005A0BAB" w:rsidRDefault="006526AB">
      <w:pPr>
        <w:spacing w:before="200" w:after="120"/>
      </w:pPr>
      <w:r>
        <w:rPr>
          <w:b/>
        </w:rPr>
        <w:t>I. Einwilligung durch den oder die Erziehungsberechtigten bei Schülerinnen und Schülern vor Vollendung des 16. Lebensjahres</w:t>
      </w:r>
    </w:p>
    <w:p w14:paraId="4792E329" w14:textId="77777777" w:rsidR="005A0BAB" w:rsidRDefault="006526AB">
      <w:pPr>
        <w:spacing w:after="480"/>
      </w:pPr>
      <w:r>
        <w:t>Hiermit willigen wir / willige ich in die Übermittlung des Namens meines / unseres Kindes an die Religionsgemeinschaft, an deren Religionsunterricht mein / unser Kind teilnimmt, zum Zweck der Überprüfung der Mitgliedschaft in dieser Religionsgemeinschaft ein. Wir nehmen / Ich nehme zur Kenntnis, dass wir / ich die Einwilligung verweigern und nach Abgabe jederzeit gegenüber der Schulleitung widerrufen kann / können.</w:t>
      </w:r>
    </w:p>
    <w:p w14:paraId="30E9CE27" w14:textId="159B5CC0" w:rsidR="008B588E" w:rsidRDefault="008B588E">
      <w:pPr>
        <w:spacing w:after="480"/>
      </w:pPr>
      <w:r>
        <w:rPr>
          <w:noProof/>
        </w:rPr>
        <mc:AlternateContent>
          <mc:Choice Requires="wps">
            <w:drawing>
              <wp:anchor distT="0" distB="0" distL="114300" distR="114300" simplePos="0" relativeHeight="251659264" behindDoc="0" locked="0" layoutInCell="1" allowOverlap="1" wp14:anchorId="0441E9F3" wp14:editId="1D668F2C">
                <wp:simplePos x="0" y="0"/>
                <wp:positionH relativeFrom="column">
                  <wp:posOffset>97791</wp:posOffset>
                </wp:positionH>
                <wp:positionV relativeFrom="paragraph">
                  <wp:posOffset>6350</wp:posOffset>
                </wp:positionV>
                <wp:extent cx="6134100" cy="409575"/>
                <wp:effectExtent l="0" t="0" r="0" b="9525"/>
                <wp:wrapNone/>
                <wp:docPr id="1" name="Textfeld 1"/>
                <wp:cNvGraphicFramePr/>
                <a:graphic xmlns:a="http://schemas.openxmlformats.org/drawingml/2006/main">
                  <a:graphicData uri="http://schemas.microsoft.com/office/word/2010/wordprocessingShape">
                    <wps:wsp>
                      <wps:cNvSpPr txBox="1"/>
                      <wps:spPr>
                        <a:xfrm>
                          <a:off x="0" y="0"/>
                          <a:ext cx="6134100" cy="409575"/>
                        </a:xfrm>
                        <a:prstGeom prst="rect">
                          <a:avLst/>
                        </a:prstGeom>
                        <a:solidFill>
                          <a:schemeClr val="lt1"/>
                        </a:solidFill>
                        <a:ln w="6350">
                          <a:noFill/>
                        </a:ln>
                      </wps:spPr>
                      <wps:txbx>
                        <w:txbxContent>
                          <w:sdt>
                            <w:sdtPr>
                              <w:id w:val="-800910119"/>
                              <w:placeholder>
                                <w:docPart w:val="DefaultPlaceholder_-1854013440"/>
                              </w:placeholder>
                              <w:showingPlcHdr/>
                            </w:sdtPr>
                            <w:sdtEndPr/>
                            <w:sdtContent>
                              <w:p w14:paraId="78DC4EA0" w14:textId="29F56989" w:rsidR="008B588E" w:rsidRDefault="006526AB">
                                <w:r w:rsidRPr="000A26FE">
                                  <w:rPr>
                                    <w:rStyle w:val="Platzhaltertext"/>
                                  </w:rPr>
                                  <w:t>Klicken oder tippen Sie hier, um Text einzugeben.</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41E9F3" id="_x0000_t202" coordsize="21600,21600" o:spt="202" path="m,l,21600r21600,l21600,xe">
                <v:stroke joinstyle="miter"/>
                <v:path gradientshapeok="t" o:connecttype="rect"/>
              </v:shapetype>
              <v:shape id="Textfeld 1" o:spid="_x0000_s1026" type="#_x0000_t202" style="position:absolute;margin-left:7.7pt;margin-top:.5pt;width:483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" fillcolor="white [3201]" stroked="f" strokeweight=".5pt">
                <v:textbox>
                  <w:txbxContent>
                    <w:sdt>
                      <w:sdtPr>
                        <w:id w:val="-800910119"/>
                        <w:placeholder>
                          <w:docPart w:val="DefaultPlaceholder_-1854013440"/>
                        </w:placeholder>
                        <w:showingPlcHdr/>
                      </w:sdtPr>
                      <w:sdtEndPr/>
                      <w:sdtContent>
                        <w:p w14:paraId="78DC4EA0" w14:textId="29F56989" w:rsidR="008B588E" w:rsidRDefault="006526AB">
                          <w:r w:rsidRPr="000A26FE">
                            <w:rPr>
                              <w:rStyle w:val="Platzhaltertext"/>
                            </w:rPr>
                            <w:t>Klicken oder tippen Sie hier, um Text einzugeben.</w:t>
                          </w:r>
                        </w:p>
                      </w:sdtContent>
                    </w:sdt>
                  </w:txbxContent>
                </v:textbox>
              </v:shape>
            </w:pict>
          </mc:Fallback>
        </mc:AlternateContent>
      </w:r>
    </w:p>
    <w:tbl>
      <w:tblPr>
        <w:tblW w:w="0" w:type="auto"/>
        <w:jc w:val="center"/>
        <w:tblLayout w:type="fixed"/>
        <w:tblLook w:val="04A0" w:firstRow="1" w:lastRow="0" w:firstColumn="1" w:lastColumn="0" w:noHBand="0" w:noVBand="1"/>
      </w:tblPr>
      <w:tblGrid>
        <w:gridCol w:w="4608"/>
        <w:gridCol w:w="5040"/>
      </w:tblGrid>
      <w:tr w:rsidR="005A0BAB" w14:paraId="78854848" w14:textId="77777777">
        <w:trPr>
          <w:jc w:val="center"/>
        </w:trPr>
        <w:tc>
          <w:tcPr>
            <w:tcW w:w="4608" w:type="dxa"/>
            <w:tcBorders>
              <w:top w:val="single" w:sz="6" w:space="0" w:color="000000"/>
            </w:tcBorders>
          </w:tcPr>
          <w:p w14:paraId="69218025" w14:textId="27064B17" w:rsidR="005A0BAB" w:rsidRDefault="006526AB">
            <w:pPr>
              <w:spacing w:before="40"/>
            </w:pPr>
            <w:r>
              <w:rPr>
                <w:sz w:val="17"/>
              </w:rPr>
              <w:t>Ort, Datum</w:t>
            </w:r>
          </w:p>
        </w:tc>
        <w:tc>
          <w:tcPr>
            <w:tcW w:w="5040" w:type="dxa"/>
            <w:tcBorders>
              <w:top w:val="single" w:sz="6" w:space="0" w:color="000000"/>
            </w:tcBorders>
          </w:tcPr>
          <w:p w14:paraId="453E0CFE" w14:textId="77777777" w:rsidR="005A0BAB" w:rsidRDefault="006526AB">
            <w:pPr>
              <w:spacing w:before="40"/>
            </w:pPr>
            <w:r>
              <w:rPr>
                <w:sz w:val="17"/>
              </w:rPr>
              <w:t>Unterschrift der / des Erziehungsberechtigten</w:t>
            </w:r>
          </w:p>
        </w:tc>
      </w:tr>
    </w:tbl>
    <w:p w14:paraId="2C32F475" w14:textId="77777777" w:rsidR="005A0BAB" w:rsidRDefault="006526AB">
      <w:pPr>
        <w:spacing w:before="560" w:after="120"/>
      </w:pPr>
      <w:r>
        <w:rPr>
          <w:b/>
        </w:rPr>
        <w:t>II. Einwilligung durch die Schülerin oder den Schüler nach Vollendung des 16. Lebensjahres</w:t>
      </w:r>
    </w:p>
    <w:p w14:paraId="39D9018C" w14:textId="77777777" w:rsidR="005A0BAB" w:rsidRDefault="006526AB">
      <w:pPr>
        <w:spacing w:after="480"/>
      </w:pPr>
      <w:r>
        <w:t>Hiermit willige ich in die Übermittlung meines Namens an die Religionsgemeinschaft, an deren Religionsunterricht ich teilnehme, zum Zweck der Überprüfung der Mitgliedschaft in dieser Religionsgemeinschaft ein. Ich nehme zur Kenntnis, dass ich die Einwilligung verweigern und nach Abgabe jederzeit gegenüber der Schulleitung widerrufen kann.</w:t>
      </w:r>
    </w:p>
    <w:p w14:paraId="407B9C9A" w14:textId="126ED367" w:rsidR="008B588E" w:rsidRDefault="008B588E">
      <w:pPr>
        <w:spacing w:after="480"/>
      </w:pPr>
      <w:r>
        <w:rPr>
          <w:noProof/>
        </w:rPr>
        <mc:AlternateContent>
          <mc:Choice Requires="wps">
            <w:drawing>
              <wp:anchor distT="0" distB="0" distL="114300" distR="114300" simplePos="0" relativeHeight="251660288" behindDoc="0" locked="0" layoutInCell="1" allowOverlap="1" wp14:anchorId="40B0D848" wp14:editId="4EF6E889">
                <wp:simplePos x="0" y="0"/>
                <wp:positionH relativeFrom="column">
                  <wp:posOffset>78740</wp:posOffset>
                </wp:positionH>
                <wp:positionV relativeFrom="paragraph">
                  <wp:posOffset>43815</wp:posOffset>
                </wp:positionV>
                <wp:extent cx="6143625" cy="361950"/>
                <wp:effectExtent l="0" t="0" r="9525" b="0"/>
                <wp:wrapNone/>
                <wp:docPr id="2" name="Textfeld 2"/>
                <wp:cNvGraphicFramePr/>
                <a:graphic xmlns:a="http://schemas.openxmlformats.org/drawingml/2006/main">
                  <a:graphicData uri="http://schemas.microsoft.com/office/word/2010/wordprocessingShape">
                    <wps:wsp>
                      <wps:cNvSpPr txBox="1"/>
                      <wps:spPr>
                        <a:xfrm>
                          <a:off x="0" y="0"/>
                          <a:ext cx="6143625" cy="361950"/>
                        </a:xfrm>
                        <a:prstGeom prst="rect">
                          <a:avLst/>
                        </a:prstGeom>
                        <a:solidFill>
                          <a:schemeClr val="lt1"/>
                        </a:solidFill>
                        <a:ln w="6350">
                          <a:noFill/>
                        </a:ln>
                      </wps:spPr>
                      <wps:txbx>
                        <w:txbxContent>
                          <w:sdt>
                            <w:sdtPr>
                              <w:id w:val="463865944"/>
                              <w:placeholder>
                                <w:docPart w:val="DefaultPlaceholder_-1854013440"/>
                              </w:placeholder>
                              <w:showingPlcHdr/>
                            </w:sdtPr>
                            <w:sdtEndPr/>
                            <w:sdtContent>
                              <w:p w14:paraId="54573C01" w14:textId="33B04480" w:rsidR="008B588E" w:rsidRDefault="006526AB">
                                <w:r w:rsidRPr="000A26FE">
                                  <w:rPr>
                                    <w:rStyle w:val="Platzhaltertext"/>
                                  </w:rPr>
                                  <w:t>Klicken oder tippen Sie hier, um Text einzugeben.</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B0D848" id="Textfeld 2" o:spid="_x0000_s1027" type="#_x0000_t202" style="position:absolute;margin-left:6.2pt;margin-top:3.45pt;width:483.75pt;height:2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" fillcolor="white [3201]" stroked="f" strokeweight=".5pt">
                <v:textbox>
                  <w:txbxContent>
                    <w:sdt>
                      <w:sdtPr>
                        <w:id w:val="463865944"/>
                        <w:placeholder>
                          <w:docPart w:val="DefaultPlaceholder_-1854013440"/>
                        </w:placeholder>
                        <w:showingPlcHdr/>
                      </w:sdtPr>
                      <w:sdtEndPr/>
                      <w:sdtContent>
                        <w:p w14:paraId="54573C01" w14:textId="33B04480" w:rsidR="008B588E" w:rsidRDefault="006526AB">
                          <w:r w:rsidRPr="000A26FE">
                            <w:rPr>
                              <w:rStyle w:val="Platzhaltertext"/>
                            </w:rPr>
                            <w:t>Klicken oder tippen Sie hier, um Text einzugeben.</w:t>
                          </w:r>
                        </w:p>
                      </w:sdtContent>
                    </w:sdt>
                  </w:txbxContent>
                </v:textbox>
              </v:shape>
            </w:pict>
          </mc:Fallback>
        </mc:AlternateContent>
      </w:r>
    </w:p>
    <w:tbl>
      <w:tblPr>
        <w:tblW w:w="0" w:type="auto"/>
        <w:jc w:val="center"/>
        <w:tblLayout w:type="fixed"/>
        <w:tblLook w:val="04A0" w:firstRow="1" w:lastRow="0" w:firstColumn="1" w:lastColumn="0" w:noHBand="0" w:noVBand="1"/>
      </w:tblPr>
      <w:tblGrid>
        <w:gridCol w:w="4608"/>
        <w:gridCol w:w="5040"/>
      </w:tblGrid>
      <w:tr w:rsidR="005A0BAB" w14:paraId="0BD30E58" w14:textId="77777777">
        <w:trPr>
          <w:jc w:val="center"/>
        </w:trPr>
        <w:tc>
          <w:tcPr>
            <w:tcW w:w="4608" w:type="dxa"/>
            <w:tcBorders>
              <w:top w:val="single" w:sz="6" w:space="0" w:color="000000"/>
            </w:tcBorders>
          </w:tcPr>
          <w:p w14:paraId="551D37EB" w14:textId="77777777" w:rsidR="005A0BAB" w:rsidRDefault="006526AB">
            <w:pPr>
              <w:spacing w:before="40"/>
            </w:pPr>
            <w:r>
              <w:rPr>
                <w:sz w:val="17"/>
              </w:rPr>
              <w:t>Ort, Datum</w:t>
            </w:r>
          </w:p>
        </w:tc>
        <w:tc>
          <w:tcPr>
            <w:tcW w:w="5040" w:type="dxa"/>
            <w:tcBorders>
              <w:top w:val="single" w:sz="6" w:space="0" w:color="000000"/>
            </w:tcBorders>
          </w:tcPr>
          <w:p w14:paraId="5CF706F7" w14:textId="77777777" w:rsidR="005A0BAB" w:rsidRDefault="006526AB">
            <w:pPr>
              <w:spacing w:before="40"/>
            </w:pPr>
            <w:r>
              <w:rPr>
                <w:sz w:val="17"/>
              </w:rPr>
              <w:t>Unterschrift der Schülerin oder des Schülers</w:t>
            </w:r>
          </w:p>
        </w:tc>
      </w:tr>
    </w:tbl>
    <w:p w14:paraId="3ADA0CED" w14:textId="77777777" w:rsidR="006526AB" w:rsidRDefault="006526AB"/>
    <w:sectPr w:rsidR="006526AB" w:rsidSect="008B588E">
      <w:pgSz w:w="12240" w:h="15840"/>
      <w:pgMar w:top="567" w:right="1151" w:bottom="567" w:left="11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61169612">
    <w:abstractNumId w:val="8"/>
  </w:num>
  <w:num w:numId="2" w16cid:durableId="1782063805">
    <w:abstractNumId w:val="6"/>
  </w:num>
  <w:num w:numId="3" w16cid:durableId="516162648">
    <w:abstractNumId w:val="5"/>
  </w:num>
  <w:num w:numId="4" w16cid:durableId="1443763831">
    <w:abstractNumId w:val="4"/>
  </w:num>
  <w:num w:numId="5" w16cid:durableId="338196801">
    <w:abstractNumId w:val="7"/>
  </w:num>
  <w:num w:numId="6" w16cid:durableId="1867252328">
    <w:abstractNumId w:val="3"/>
  </w:num>
  <w:num w:numId="7" w16cid:durableId="1023360560">
    <w:abstractNumId w:val="2"/>
  </w:num>
  <w:num w:numId="8" w16cid:durableId="1195657986">
    <w:abstractNumId w:val="1"/>
  </w:num>
  <w:num w:numId="9" w16cid:durableId="1968659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vsRDBNXrn5PN44fKcFQsZ0Kf4FzK3NGubo5J93HEwRUahb+sUUQu8glvO/08q43p484RiAXrwvMyOyyZrPhMA==" w:salt="QZnflThAT7FGdXX2gVRr2w=="/>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A0BAB"/>
    <w:rsid w:val="006526AB"/>
    <w:rsid w:val="007F7A4E"/>
    <w:rsid w:val="008B588E"/>
    <w:rsid w:val="00AA1D8D"/>
    <w:rsid w:val="00B1569C"/>
    <w:rsid w:val="00B47730"/>
    <w:rsid w:val="00CB0664"/>
    <w:rsid w:val="00FC693F"/>
    <w:rsid w:val="00FF51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C79F8D"/>
  <w14:defaultImageDpi w14:val="300"/>
  <w15:docId w15:val="{D6498C20-51B3-41D6-B3F3-A8710E16C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sz w:val="20"/>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tzhaltertext">
    <w:name w:val="Placeholder Text"/>
    <w:basedOn w:val="Absatz-Standardschriftart"/>
    <w:uiPriority w:val="99"/>
    <w:semiHidden/>
    <w:rsid w:val="006526A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3A68B7F6-E3D3-4C38-B057-C6013F5F4A27}"/>
      </w:docPartPr>
      <w:docPartBody>
        <w:p w:rsidR="00F247FB" w:rsidRDefault="00F247FB">
          <w:r w:rsidRPr="000A26FE">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7FB"/>
    <w:rsid w:val="007F7A4E"/>
    <w:rsid w:val="00B1569C"/>
    <w:rsid w:val="00F247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247F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767</Words>
  <Characters>4836</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5592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Samuel, Nura</cp:lastModifiedBy>
  <cp:revision>2</cp:revision>
  <dcterms:created xsi:type="dcterms:W3CDTF">2026-10-01T09:08:00Z</dcterms:created>
  <dcterms:modified xsi:type="dcterms:W3CDTF">2026-10-01T09:08:00Z</dcterms:modified>
  <cp:category/>
</cp:coreProperties>
</file>